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Абуль Аль-Аля аль-Маудуди, Москва: ПК «Сатланда», при участии МП «Странник», 1993, 128 стр., перевод И. Мухаммеда Шейха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Исключен;</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Исключен</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Исключен</w:t>
            </w:r>
          </w:p>
        </w:tc>
        <w:tc>
          <w:tcPr>
            <w:tcW w:type="dxa" w:w="2880"/>
          </w:tcPr>
          <w:p>
            <w:r/>
          </w:p>
        </w:tc>
      </w:tr>
      <w:tr>
        <w:tc>
          <w:tcPr>
            <w:tcW w:type="dxa" w:w="2880"/>
          </w:tcPr>
          <w:p>
            <w:r>
              <w:t>3740.</w:t>
            </w:r>
          </w:p>
        </w:tc>
        <w:tc>
          <w:tcPr>
            <w:tcW w:type="dxa" w:w="2880"/>
          </w:tcPr>
          <w:p>
            <w:r>
              <w:t>Исключен</w:t>
            </w:r>
          </w:p>
        </w:tc>
        <w:tc>
          <w:tcPr>
            <w:tcW w:type="dxa" w:w="2880"/>
          </w:tcPr>
          <w:p>
            <w:r/>
          </w:p>
        </w:tc>
      </w:tr>
      <w:tr>
        <w:tc>
          <w:tcPr>
            <w:tcW w:type="dxa" w:w="2880"/>
          </w:tcPr>
          <w:p>
            <w:r>
              <w:t>3741.</w:t>
            </w:r>
          </w:p>
        </w:tc>
        <w:tc>
          <w:tcPr>
            <w:tcW w:type="dxa" w:w="2880"/>
          </w:tcPr>
          <w:p>
            <w:r>
              <w:t>Исключен</w:t>
            </w:r>
          </w:p>
        </w:tc>
        <w:tc>
          <w:tcPr>
            <w:tcW w:type="dxa" w:w="2880"/>
          </w:tcPr>
          <w:p>
            <w:r/>
          </w:p>
        </w:tc>
      </w:tr>
      <w:tr>
        <w:tc>
          <w:tcPr>
            <w:tcW w:type="dxa" w:w="2880"/>
          </w:tcPr>
          <w:p>
            <w:r>
              <w:t>3742.</w:t>
            </w:r>
          </w:p>
        </w:tc>
        <w:tc>
          <w:tcPr>
            <w:tcW w:type="dxa" w:w="2880"/>
          </w:tcPr>
          <w:p>
            <w:r>
              <w:t>Исключен</w:t>
            </w:r>
          </w:p>
        </w:tc>
        <w:tc>
          <w:tcPr>
            <w:tcW w:type="dxa" w:w="2880"/>
          </w:tcPr>
          <w:p>
            <w:r/>
          </w:p>
        </w:tc>
      </w:tr>
      <w:tr>
        <w:tc>
          <w:tcPr>
            <w:tcW w:type="dxa" w:w="2880"/>
          </w:tcPr>
          <w:p>
            <w:r>
              <w:t>3743.</w:t>
            </w:r>
          </w:p>
        </w:tc>
        <w:tc>
          <w:tcPr>
            <w:tcW w:type="dxa" w:w="2880"/>
          </w:tcPr>
          <w:p>
            <w:r>
              <w:t>Исключен</w:t>
            </w:r>
          </w:p>
        </w:tc>
        <w:tc>
          <w:tcPr>
            <w:tcW w:type="dxa" w:w="2880"/>
          </w:tcPr>
          <w:p>
            <w:r/>
          </w:p>
        </w:tc>
      </w:tr>
      <w:tr>
        <w:tc>
          <w:tcPr>
            <w:tcW w:type="dxa" w:w="2880"/>
          </w:tcPr>
          <w:p>
            <w:r>
              <w:t>3744.</w:t>
            </w:r>
          </w:p>
        </w:tc>
        <w:tc>
          <w:tcPr>
            <w:tcW w:type="dxa" w:w="2880"/>
          </w:tcPr>
          <w:p>
            <w:r>
              <w:t>Исключен</w:t>
            </w:r>
          </w:p>
        </w:tc>
        <w:tc>
          <w:tcPr>
            <w:tcW w:type="dxa" w:w="2880"/>
          </w:tcPr>
          <w:p>
            <w:r/>
          </w:p>
        </w:tc>
      </w:tr>
      <w:tr>
        <w:tc>
          <w:tcPr>
            <w:tcW w:type="dxa" w:w="2880"/>
          </w:tcPr>
          <w:p>
            <w:r>
              <w:t>3745.</w:t>
            </w:r>
          </w:p>
        </w:tc>
        <w:tc>
          <w:tcPr>
            <w:tcW w:type="dxa" w:w="2880"/>
          </w:tcPr>
          <w:p>
            <w:r>
              <w:t>Исключен</w:t>
            </w:r>
          </w:p>
        </w:tc>
        <w:tc>
          <w:tcPr>
            <w:tcW w:type="dxa" w:w="2880"/>
          </w:tcPr>
          <w:p>
            <w:r/>
          </w:p>
        </w:tc>
      </w:tr>
      <w:tr>
        <w:tc>
          <w:tcPr>
            <w:tcW w:type="dxa" w:w="2880"/>
          </w:tcPr>
          <w:p>
            <w:r>
              <w:t>3746.</w:t>
            </w:r>
          </w:p>
        </w:tc>
        <w:tc>
          <w:tcPr>
            <w:tcW w:type="dxa" w:w="2880"/>
          </w:tcPr>
          <w:p>
            <w:r>
              <w:t>Исключен</w:t>
            </w:r>
          </w:p>
        </w:tc>
        <w:tc>
          <w:tcPr>
            <w:tcW w:type="dxa" w:w="2880"/>
          </w:tcPr>
          <w:p>
            <w:r/>
          </w:p>
        </w:tc>
      </w:tr>
      <w:tr>
        <w:tc>
          <w:tcPr>
            <w:tcW w:type="dxa" w:w="2880"/>
          </w:tcPr>
          <w:p>
            <w:r>
              <w:t>3747.</w:t>
            </w:r>
          </w:p>
        </w:tc>
        <w:tc>
          <w:tcPr>
            <w:tcW w:type="dxa" w:w="2880"/>
          </w:tcPr>
          <w:p>
            <w:r>
              <w:t>Исключен</w:t>
            </w:r>
          </w:p>
        </w:tc>
        <w:tc>
          <w:tcPr>
            <w:tcW w:type="dxa" w:w="2880"/>
          </w:tcPr>
          <w:p>
            <w:r/>
          </w:p>
        </w:tc>
      </w:tr>
      <w:tr>
        <w:tc>
          <w:tcPr>
            <w:tcW w:type="dxa" w:w="2880"/>
          </w:tcPr>
          <w:p>
            <w:r>
              <w:t>3748.</w:t>
            </w:r>
          </w:p>
        </w:tc>
        <w:tc>
          <w:tcPr>
            <w:tcW w:type="dxa" w:w="2880"/>
          </w:tcPr>
          <w:p>
            <w:r>
              <w:t>Исключен</w:t>
            </w:r>
          </w:p>
        </w:tc>
        <w:tc>
          <w:tcPr>
            <w:tcW w:type="dxa" w:w="2880"/>
          </w:tcPr>
          <w:p>
            <w:r/>
          </w:p>
        </w:tc>
      </w:tr>
      <w:tr>
        <w:tc>
          <w:tcPr>
            <w:tcW w:type="dxa" w:w="2880"/>
          </w:tcPr>
          <w:p>
            <w:r>
              <w:t>3749.</w:t>
            </w:r>
          </w:p>
        </w:tc>
        <w:tc>
          <w:tcPr>
            <w:tcW w:type="dxa" w:w="2880"/>
          </w:tcPr>
          <w:p>
            <w:r>
              <w:t>Исключен</w:t>
            </w:r>
          </w:p>
        </w:tc>
        <w:tc>
          <w:tcPr>
            <w:tcW w:type="dxa" w:w="2880"/>
          </w:tcPr>
          <w:p>
            <w:r/>
          </w:p>
        </w:tc>
      </w:tr>
      <w:tr>
        <w:tc>
          <w:tcPr>
            <w:tcW w:type="dxa" w:w="2880"/>
          </w:tcPr>
          <w:p>
            <w:r>
              <w:t>3750.</w:t>
            </w:r>
          </w:p>
        </w:tc>
        <w:tc>
          <w:tcPr>
            <w:tcW w:type="dxa" w:w="2880"/>
          </w:tcPr>
          <w:p>
            <w:r>
              <w:t>Исключен</w:t>
            </w:r>
          </w:p>
        </w:tc>
        <w:tc>
          <w:tcPr>
            <w:tcW w:type="dxa" w:w="2880"/>
          </w:tcPr>
          <w:p>
            <w:r/>
          </w:p>
        </w:tc>
      </w:tr>
      <w:tr>
        <w:tc>
          <w:tcPr>
            <w:tcW w:type="dxa" w:w="2880"/>
          </w:tcPr>
          <w:p>
            <w:r>
              <w:t>3751.</w:t>
            </w:r>
          </w:p>
        </w:tc>
        <w:tc>
          <w:tcPr>
            <w:tcW w:type="dxa" w:w="2880"/>
          </w:tcPr>
          <w:p>
            <w:r>
              <w:t>Исключен</w:t>
            </w:r>
          </w:p>
        </w:tc>
        <w:tc>
          <w:tcPr>
            <w:tcW w:type="dxa" w:w="2880"/>
          </w:tcPr>
          <w:p>
            <w:r/>
          </w:p>
        </w:tc>
      </w:tr>
      <w:tr>
        <w:tc>
          <w:tcPr>
            <w:tcW w:type="dxa" w:w="2880"/>
          </w:tcPr>
          <w:p>
            <w:r>
              <w:t>3752.</w:t>
            </w:r>
          </w:p>
        </w:tc>
        <w:tc>
          <w:tcPr>
            <w:tcW w:type="dxa" w:w="2880"/>
          </w:tcPr>
          <w:p>
            <w:r>
              <w:t>Исключен</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суда г. Владивостока от 29.04.2019);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Фрунзенского районного суда г. Владивостока от 29.04.2019);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 они даже увеличились» (решение Ленинского районного суда г. Чебоксары от 27.05.2019).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Исключен</w:t>
            </w:r>
          </w:p>
        </w:tc>
        <w:tc>
          <w:tcPr>
            <w:tcW w:type="dxa" w:w="2880"/>
          </w:tcPr>
          <w:p>
            <w:r>
              <w:t>10.08.2020</w:t>
            </w:r>
          </w:p>
        </w:tc>
      </w:tr>
      <w:tr>
        <w:tc>
          <w:tcPr>
            <w:tcW w:type="dxa" w:w="2880"/>
          </w:tcPr>
          <w:p>
            <w:r>
              <w:t>5077.</w:t>
            </w:r>
          </w:p>
        </w:tc>
        <w:tc>
          <w:tcPr>
            <w:tcW w:type="dxa" w:w="2880"/>
          </w:tcPr>
          <w:p>
            <w:r>
              <w:t>Исключен</w:t>
            </w:r>
          </w:p>
        </w:tc>
        <w:tc>
          <w:tcPr>
            <w:tcW w:type="dxa" w:w="2880"/>
          </w:tcPr>
          <w:p>
            <w:r>
              <w:t>10.08.2020</w:t>
            </w:r>
          </w:p>
        </w:tc>
      </w:tr>
      <w:tr>
        <w:tc>
          <w:tcPr>
            <w:tcW w:type="dxa" w:w="2880"/>
          </w:tcPr>
          <w:p>
            <w:r>
              <w:t>5078.</w:t>
            </w:r>
          </w:p>
        </w:tc>
        <w:tc>
          <w:tcPr>
            <w:tcW w:type="dxa" w:w="2880"/>
          </w:tcPr>
          <w:p>
            <w:r>
              <w:t>Исключен</w:t>
            </w:r>
          </w:p>
        </w:tc>
        <w:tc>
          <w:tcPr>
            <w:tcW w:type="dxa" w:w="2880"/>
          </w:tcPr>
          <w:p>
            <w:r>
              <w:t>10.08.2020</w:t>
            </w:r>
          </w:p>
        </w:tc>
      </w:tr>
      <w:tr>
        <w:tc>
          <w:tcPr>
            <w:tcW w:type="dxa" w:w="2880"/>
          </w:tcPr>
          <w:p>
            <w:r>
              <w:t>5079.</w:t>
            </w:r>
          </w:p>
        </w:tc>
        <w:tc>
          <w:tcPr>
            <w:tcW w:type="dxa" w:w="2880"/>
          </w:tcPr>
          <w:p>
            <w:r>
              <w:t>Исключен</w:t>
            </w:r>
          </w:p>
        </w:tc>
        <w:tc>
          <w:tcPr>
            <w:tcW w:type="dxa" w:w="2880"/>
          </w:tcPr>
          <w:p>
            <w:r>
              <w:t>10.08.2020</w:t>
            </w:r>
          </w:p>
        </w:tc>
      </w:tr>
      <w:tr>
        <w:tc>
          <w:tcPr>
            <w:tcW w:type="dxa" w:w="2880"/>
          </w:tcPr>
          <w:p>
            <w:r>
              <w:t>5080.</w:t>
            </w:r>
          </w:p>
        </w:tc>
        <w:tc>
          <w:tcPr>
            <w:tcW w:type="dxa" w:w="2880"/>
          </w:tcPr>
          <w:p>
            <w:r>
              <w:t>Исключен</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5128.</w:t>
            </w:r>
          </w:p>
        </w:tc>
        <w:tc>
          <w:tcPr>
            <w:tcW w:type="dxa" w:w="2880"/>
          </w:tcPr>
          <w:p>
            <w:r>
              <w:t>Аудиовизуальный  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5129.</w:t>
            </w:r>
          </w:p>
        </w:tc>
        <w:tc>
          <w:tcPr>
            <w:tcW w:type="dxa" w:w="2880"/>
          </w:tcPr>
          <w:p>
            <w:r>
              <w:t>Аудиовизуальный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r>
        <w:tc>
          <w:tcPr>
            <w:tcW w:type="dxa" w:w="2880"/>
          </w:tcPr>
          <w:p>
            <w:r>
              <w:t>5152.</w:t>
            </w:r>
          </w:p>
        </w:tc>
        <w:tc>
          <w:tcPr>
            <w:tcW w:type="dxa" w:w="2880"/>
          </w:tcPr>
          <w:p>
            <w:r>
              <w:t>Книга – 200 вопросов по вероучению Ислама перевод с арабского 2 издание, исправленное – Москва УММА 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5153.</w:t>
            </w:r>
          </w:p>
        </w:tc>
        <w:tc>
          <w:tcPr>
            <w:tcW w:type="dxa" w:w="2880"/>
          </w:tcPr>
          <w:p>
            <w:r>
              <w:t>Книга Милость для миров – Мухаммад (САВ) Нравственность посланника и его сподвижников /перевод с турецкого Э. Амита А. Арслана под  редакцией  Али  Хайдара, Казань Мастер Лайн 2002 года 120 страниц,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5154.</w:t>
            </w:r>
          </w:p>
        </w:tc>
        <w:tc>
          <w:tcPr>
            <w:tcW w:type="dxa" w:w="2880"/>
          </w:tcPr>
          <w:p>
            <w:r>
              <w:t>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type="dxa" w:w="2880"/>
          </w:tcPr>
          <w:p>
            <w:r>
              <w:t>19.02.2021</w:t>
            </w:r>
          </w:p>
        </w:tc>
      </w:tr>
      <w:tr>
        <w:tc>
          <w:tcPr>
            <w:tcW w:type="dxa" w:w="2880"/>
          </w:tcPr>
          <w:p>
            <w:r>
              <w:t>5155.</w:t>
            </w:r>
          </w:p>
        </w:tc>
        <w:tc>
          <w:tcPr>
            <w:tcW w:type="dxa" w:w="2880"/>
          </w:tcPr>
          <w:p>
            <w:r>
              <w:t>Видеозапись: «Отец Василий (Новиков) о лазерном начертании и другом» длительностью 9 мин. 13 сек., начинающаяся со слов «Выдали сейчас карточки пенсионные, да это уже грех отречения…», и заканчивающаяся словами «…осеняем четкий крест смотрите сюда, сюда и сюда, а не сюда тут изворачиваемся, крест четкий должен быть», размещенная на страницах сайтов в информационно-телекоммуникационной сети «Интернет» (решение Центрального районного суда г. Тулы от 21.12.2020);</w:t>
            </w:r>
          </w:p>
        </w:tc>
        <w:tc>
          <w:tcPr>
            <w:tcW w:type="dxa" w:w="2880"/>
          </w:tcPr>
          <w:p>
            <w:r>
              <w:t>09.03.2021</w:t>
            </w:r>
          </w:p>
        </w:tc>
      </w:tr>
      <w:tr>
        <w:tc>
          <w:tcPr>
            <w:tcW w:type="dxa" w:w="2880"/>
          </w:tcPr>
          <w:p>
            <w:r>
              <w:t>5156.</w:t>
            </w:r>
          </w:p>
        </w:tc>
        <w:tc>
          <w:tcPr>
            <w:tcW w:type="dxa" w:w="2880"/>
          </w:tcPr>
          <w:p>
            <w:r>
              <w:t>Информационный материал - сборник статей автора Истислав под наименованием «Мифы патриотов», состоящий из 4 глав с наименованиями «Великая Война: правда против вымысла», «Розовый туман», «Расизм по-русски», «Ступени к Победе» (решение Салехардского городского суда Ямало-Ненецкого автономного округа от 26.11.2020);</w:t>
            </w:r>
          </w:p>
        </w:tc>
        <w:tc>
          <w:tcPr>
            <w:tcW w:type="dxa" w:w="2880"/>
          </w:tcPr>
          <w:p>
            <w:r>
              <w:t>09.03.2021</w:t>
            </w:r>
          </w:p>
        </w:tc>
      </w:tr>
      <w:tr>
        <w:tc>
          <w:tcPr>
            <w:tcW w:type="dxa" w:w="2880"/>
          </w:tcPr>
          <w:p>
            <w:r>
              <w:t>5157.</w:t>
            </w:r>
          </w:p>
        </w:tc>
        <w:tc>
          <w:tcPr>
            <w:tcW w:type="dxa" w:w="2880"/>
          </w:tcPr>
          <w:p>
            <w:r>
              <w:t>Книга под названием «Отчет Русским Богам ветерана Русского Движения», автора Петра Хомякова, г. Москва, издательский дом «Белые альвы», 2006 года издания, начинающаяся со словами: «Эту книгу я пишу для себя. Сказанное отнюдь не означает, что автор категорически отказывается от возможности увидеть ее напечатанной…» и заканчивается словам: «… Я молю наших богов только об одном. Чтобы победили вы. С нами бог!» (решение Кызылского городского суда Республики Тыва от 10.11.2020);</w:t>
            </w:r>
          </w:p>
        </w:tc>
        <w:tc>
          <w:tcPr>
            <w:tcW w:type="dxa" w:w="2880"/>
          </w:tcPr>
          <w:p>
            <w:r>
              <w:t>09.03.2021</w:t>
            </w:r>
          </w:p>
        </w:tc>
      </w:tr>
      <w:tr>
        <w:tc>
          <w:tcPr>
            <w:tcW w:type="dxa" w:w="2880"/>
          </w:tcPr>
          <w:p>
            <w:r>
              <w:t>5158.</w:t>
            </w:r>
          </w:p>
        </w:tc>
        <w:tc>
          <w:tcPr>
            <w:tcW w:type="dxa" w:w="2880"/>
          </w:tcPr>
          <w:p>
            <w:r>
              <w:t>Аудиозапись под названием «Электрические партизаны – Революция в нас!» (другое название - «Вадим Курылев &amp; Электрические партизаны – Революция в нас»), продолжительностью от 02 минут 36 секунд, начинающаяся словами: «Тленный запах буржуазных философий, Грязных войн и денег власть…», заканчивающаяся словами: «…Революция сейчас, революция сейчас, Революция в нас!» (решение Железнодорожного районного суда г. Пензы от 24.12.2020);</w:t>
            </w:r>
          </w:p>
        </w:tc>
        <w:tc>
          <w:tcPr>
            <w:tcW w:type="dxa" w:w="2880"/>
          </w:tcPr>
          <w:p>
            <w:r>
              <w:t>09.03.2021</w:t>
            </w:r>
          </w:p>
        </w:tc>
      </w:tr>
      <w:tr>
        <w:tc>
          <w:tcPr>
            <w:tcW w:type="dxa" w:w="2880"/>
          </w:tcPr>
          <w:p>
            <w:r>
              <w:t>5159.</w:t>
            </w:r>
          </w:p>
        </w:tc>
        <w:tc>
          <w:tcPr>
            <w:tcW w:type="dxa" w:w="2880"/>
          </w:tcPr>
          <w:p>
            <w:r>
              <w:t>Музыкальное произведение группы «Цирюльня им. Котовского» под названием «Родимый край», начинающееся со слов: «Сделаем свободной мы свою страну» и заканчивающееся словами: «Край, родимый край, в наши ряды вставай», имеющее общую продолжительность звучания 02 мин. 34 сек. (решение Советского районного суда г. Астрахани от 26.10.2020);</w:t>
            </w:r>
          </w:p>
        </w:tc>
        <w:tc>
          <w:tcPr>
            <w:tcW w:type="dxa" w:w="2880"/>
          </w:tcPr>
          <w:p>
            <w:r>
              <w:t>23.03.2021</w:t>
            </w:r>
          </w:p>
        </w:tc>
      </w:tr>
      <w:tr>
        <w:tc>
          <w:tcPr>
            <w:tcW w:type="dxa" w:w="2880"/>
          </w:tcPr>
          <w:p>
            <w:r>
              <w:t>5160.</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2 на 608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5161.</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3 на 625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5162.</w:t>
            </w:r>
          </w:p>
        </w:tc>
        <w:tc>
          <w:tcPr>
            <w:tcW w:type="dxa" w:w="2880"/>
          </w:tcPr>
          <w:p>
            <w:r>
              <w:t>Информационный материал – книга: Толкование Священного Корана «Облегчение от Великодушного и Милостивого» смысловой перевод Корана на русский язык с комментариями Абд ар-Рахмана Ас-Саади, перевод с арабского Э. Кулиев, - Москва,: Эксмо: Умма, 2014 - том 1 на 784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5163.</w:t>
            </w:r>
          </w:p>
        </w:tc>
        <w:tc>
          <w:tcPr>
            <w:tcW w:type="dxa" w:w="2880"/>
          </w:tcPr>
          <w:p>
            <w:r>
              <w:t>Аудиозапись песни праворадикальной группы «Яровит»: «Символ моей веры» (решение Лихославльского районного суда Тверской области от 30.12.2020);</w:t>
            </w:r>
          </w:p>
        </w:tc>
        <w:tc>
          <w:tcPr>
            <w:tcW w:type="dxa" w:w="2880"/>
          </w:tcPr>
          <w:p>
            <w:r>
              <w:t>12.04.2021</w:t>
            </w:r>
          </w:p>
        </w:tc>
      </w:tr>
      <w:tr>
        <w:tc>
          <w:tcPr>
            <w:tcW w:type="dxa" w:w="2880"/>
          </w:tcPr>
          <w:p>
            <w:r>
              <w:t>5164.</w:t>
            </w:r>
          </w:p>
        </w:tc>
        <w:tc>
          <w:tcPr>
            <w:tcW w:type="dxa" w:w="2880"/>
          </w:tcPr>
          <w:p>
            <w:r>
              <w:t>Аудиозапись песни праворадикальной группы «Яровит»: «282» (решение Лихославльского районного суда Тверской области от 30.12.2020);</w:t>
            </w:r>
          </w:p>
        </w:tc>
        <w:tc>
          <w:tcPr>
            <w:tcW w:type="dxa" w:w="2880"/>
          </w:tcPr>
          <w:p>
            <w:r>
              <w:t>12.04.2021</w:t>
            </w:r>
          </w:p>
        </w:tc>
      </w:tr>
      <w:tr>
        <w:tc>
          <w:tcPr>
            <w:tcW w:type="dxa" w:w="2880"/>
          </w:tcPr>
          <w:p>
            <w:r>
              <w:t>5165.</w:t>
            </w:r>
          </w:p>
        </w:tc>
        <w:tc>
          <w:tcPr>
            <w:tcW w:type="dxa" w:w="2880"/>
          </w:tcPr>
          <w:p>
            <w:r>
              <w:t>Аудиозапись песни праворадикальной группы «Яровит»: «Мы здесь» (решение Лихославльского районного суда Тверской области от 30.12.2020);</w:t>
            </w:r>
          </w:p>
        </w:tc>
        <w:tc>
          <w:tcPr>
            <w:tcW w:type="dxa" w:w="2880"/>
          </w:tcPr>
          <w:p>
            <w:r>
              <w:t>12.04.2021</w:t>
            </w:r>
          </w:p>
        </w:tc>
      </w:tr>
      <w:tr>
        <w:tc>
          <w:tcPr>
            <w:tcW w:type="dxa" w:w="2880"/>
          </w:tcPr>
          <w:p>
            <w:r>
              <w:t>5166.</w:t>
            </w:r>
          </w:p>
        </w:tc>
        <w:tc>
          <w:tcPr>
            <w:tcW w:type="dxa" w:w="2880"/>
          </w:tcPr>
          <w:p>
            <w:r>
              <w:t>Аудиозапись песни праворадикальной группы «Яровит»: «Эхо войны (снег идет)» (решение Лихославльского районного суда Тверской области от 30.12.2020);</w:t>
            </w:r>
          </w:p>
        </w:tc>
        <w:tc>
          <w:tcPr>
            <w:tcW w:type="dxa" w:w="2880"/>
          </w:tcPr>
          <w:p>
            <w:r>
              <w:t>12.04.2021</w:t>
            </w:r>
          </w:p>
        </w:tc>
      </w:tr>
      <w:tr>
        <w:tc>
          <w:tcPr>
            <w:tcW w:type="dxa" w:w="2880"/>
          </w:tcPr>
          <w:p>
            <w:r>
              <w:t>5167.</w:t>
            </w:r>
          </w:p>
        </w:tc>
        <w:tc>
          <w:tcPr>
            <w:tcW w:type="dxa" w:w="2880"/>
          </w:tcPr>
          <w:p>
            <w:r>
              <w:t>Аудиозапись песни праворадикальной группы «Яровит»: «Этот день придет» (решение Лихославльского районного суда Тверской области от 30.12.2020);</w:t>
            </w:r>
          </w:p>
        </w:tc>
        <w:tc>
          <w:tcPr>
            <w:tcW w:type="dxa" w:w="2880"/>
          </w:tcPr>
          <w:p>
            <w:r>
              <w:t>12.04.2021</w:t>
            </w:r>
          </w:p>
        </w:tc>
      </w:tr>
      <w:tr>
        <w:tc>
          <w:tcPr>
            <w:tcW w:type="dxa" w:w="2880"/>
          </w:tcPr>
          <w:p>
            <w:r>
              <w:t>5168.</w:t>
            </w:r>
          </w:p>
        </w:tc>
        <w:tc>
          <w:tcPr>
            <w:tcW w:type="dxa" w:w="2880"/>
          </w:tcPr>
          <w:p>
            <w:r>
              <w:t>Аудиозапись песни праворадикальной группы «Яровит»: «Голос белой Европы» (решение Лихославльского районного суда Тверской области от 30.12.2020);</w:t>
            </w:r>
          </w:p>
        </w:tc>
        <w:tc>
          <w:tcPr>
            <w:tcW w:type="dxa" w:w="2880"/>
          </w:tcPr>
          <w:p>
            <w:r>
              <w:t>12.04.2021</w:t>
            </w:r>
          </w:p>
        </w:tc>
      </w:tr>
      <w:tr>
        <w:tc>
          <w:tcPr>
            <w:tcW w:type="dxa" w:w="2880"/>
          </w:tcPr>
          <w:p>
            <w:r>
              <w:t>5169.</w:t>
            </w:r>
          </w:p>
        </w:tc>
        <w:tc>
          <w:tcPr>
            <w:tcW w:type="dxa" w:w="2880"/>
          </w:tcPr>
          <w:p>
            <w:r>
              <w:t>Аудиоматериал под названием «Мы моджахеды войско Аллаха…» продолжительностью 03 минуты 28 секунд, начинающийся со слов: «Мы моджахеды - войско Аллаха…», заканчивающийся словами: «Мы установим на всей планете волю Аллаха, власть шариата», за исключением цитат из Корана (решение Центрального районного суда г. Воронежа от 03.02.2021);</w:t>
            </w:r>
          </w:p>
        </w:tc>
        <w:tc>
          <w:tcPr>
            <w:tcW w:type="dxa" w:w="2880"/>
          </w:tcPr>
          <w:p>
            <w:r>
              <w:t>12.04.2021</w:t>
            </w:r>
          </w:p>
        </w:tc>
      </w:tr>
      <w:tr>
        <w:tc>
          <w:tcPr>
            <w:tcW w:type="dxa" w:w="2880"/>
          </w:tcPr>
          <w:p>
            <w:r>
              <w:t>5170.</w:t>
            </w:r>
          </w:p>
        </w:tc>
        <w:tc>
          <w:tcPr>
            <w:tcW w:type="dxa" w:w="2880"/>
          </w:tcPr>
          <w:p>
            <w:r>
              <w:t>Видеолекция Абу Усамы Аль Гариба под названием «Разве не настало время восстать!?» на немецком языке с русскими субтитрами длительностью 46 минут 31 секунда (за исключением 13 выдержек из Корана и его содержания) (решение Дзержинского районного суда города Санкт-Петербурга от 23.12.2020);</w:t>
            </w:r>
          </w:p>
        </w:tc>
        <w:tc>
          <w:tcPr>
            <w:tcW w:type="dxa" w:w="2880"/>
          </w:tcPr>
          <w:p>
            <w:r>
              <w:t>12.04.2021</w:t>
            </w:r>
          </w:p>
        </w:tc>
      </w:tr>
      <w:tr>
        <w:tc>
          <w:tcPr>
            <w:tcW w:type="dxa" w:w="2880"/>
          </w:tcPr>
          <w:p>
            <w:r>
              <w:t>5171.</w:t>
            </w:r>
          </w:p>
        </w:tc>
        <w:tc>
          <w:tcPr>
            <w:tcW w:type="dxa" w:w="2880"/>
          </w:tcPr>
          <w:p>
            <w:r>
              <w:t>Информационный материал в виде видеоролика с наименованиями «Библейский Фашизм на территории Руси-СССР, КПСС, КГБ 1917-1993 в России 04.01.2019», «Иудейский фашизм на территории руси, ссср, экстремистская секта хабад, кпрф и еврейская революция 1917-1993, что общего» и «Иудейский фашизм на территории Руси — СССР, Экстремистская секта Хабад, КПРФ и Еврейская Революция 1917-1993 в России, что общего» продолжительностью около 50 минут 08 секунд, который начинается со слов мужчины «Я хочу пожелать всей саратовской общине, чтобы вот эта синагога… и заканчивается словами «Вокруг нас ведется большой иудейский спектакль и в этом спектакле, как я уже говорил, славяне играют роль лохов, всех благ», содержащегося в информационно-коммуникационной сети «Интернет» (решение Североморского районного суда Мурманской области от 18.01.2021);</w:t>
            </w:r>
          </w:p>
        </w:tc>
        <w:tc>
          <w:tcPr>
            <w:tcW w:type="dxa" w:w="2880"/>
          </w:tcPr>
          <w:p>
            <w:r>
              <w:t>12.04.2021</w:t>
            </w:r>
          </w:p>
        </w:tc>
      </w:tr>
      <w:tr>
        <w:tc>
          <w:tcPr>
            <w:tcW w:type="dxa" w:w="2880"/>
          </w:tcPr>
          <w:p>
            <w:r>
              <w:t>5172.</w:t>
            </w:r>
          </w:p>
        </w:tc>
        <w:tc>
          <w:tcPr>
            <w:tcW w:type="dxa" w:w="2880"/>
          </w:tcPr>
          <w:p>
            <w:r>
              <w:t>Видеофайл «Pocherk - 1488 km/h» продолжительностью 2 мин. 44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5173.</w:t>
            </w:r>
          </w:p>
        </w:tc>
        <w:tc>
          <w:tcPr>
            <w:tcW w:type="dxa" w:w="2880"/>
          </w:tcPr>
          <w:p>
            <w:r>
              <w:t>Аудиофайл «Pocherk» - 1/4/8/8» продолжительностью 2 мин. 40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5174.</w:t>
            </w:r>
          </w:p>
        </w:tc>
        <w:tc>
          <w:tcPr>
            <w:tcW w:type="dxa" w:w="2880"/>
          </w:tcPr>
          <w:p>
            <w:r>
              <w:t>Аудиозапись под названием «Русский медведь» группы «Коловрат» продолжительностью от 04 минуты 08 секунд до 06 минут 08 секунд, начинающаяся со слов «Гордость в наших сердцах есть…», заканчивающаяся словами «Мы пройдем как предки в старь, чтоб победить и умереть» (решение Железнодорожного районного суда г. Екатеринбурга от 25.09.2019);</w:t>
            </w:r>
          </w:p>
        </w:tc>
        <w:tc>
          <w:tcPr>
            <w:tcW w:type="dxa" w:w="2880"/>
          </w:tcPr>
          <w:p>
            <w:r>
              <w:t>12.04.2021</w:t>
            </w:r>
          </w:p>
        </w:tc>
      </w:tr>
      <w:tr>
        <w:tc>
          <w:tcPr>
            <w:tcW w:type="dxa" w:w="2880"/>
          </w:tcPr>
          <w:p>
            <w:r>
              <w:t>5175.</w:t>
            </w:r>
          </w:p>
        </w:tc>
        <w:tc>
          <w:tcPr>
            <w:tcW w:type="dxa" w:w="2880"/>
          </w:tcPr>
          <w:p>
            <w:r>
              <w:t>Книга Стомахина Б.В. «Азбука свободы» объемом 100 страниц, начинающаяся словами «Это книга о свободе…», заканчивающаяся словами «…но боялись (у него же) спросить», имеющая реквизиты Киев-2019, К.:ДИА, 2019.-100с. (решение Центрального районного суда г. Барнаула Алтайского края от 17.02.2021);</w:t>
            </w:r>
          </w:p>
        </w:tc>
        <w:tc>
          <w:tcPr>
            <w:tcW w:type="dxa" w:w="2880"/>
          </w:tcPr>
          <w:p>
            <w:r>
              <w:t>12.04.2021</w:t>
            </w:r>
          </w:p>
        </w:tc>
      </w:tr>
      <w:tr>
        <w:tc>
          <w:tcPr>
            <w:tcW w:type="dxa" w:w="2880"/>
          </w:tcPr>
          <w:p>
            <w:r>
              <w:t>5176.</w:t>
            </w:r>
          </w:p>
        </w:tc>
        <w:tc>
          <w:tcPr>
            <w:tcW w:type="dxa" w:w="2880"/>
          </w:tcPr>
          <w:p>
            <w:r>
              <w:t>Видеозапись «Леонид Корнилов Князь Святослав», начинающаяся словами «/Когда рассвет плеснул лучами/» и заканчивающаяся словами «/Русские, вперед!/», продолжительностью 7 минут 3 секунды, размещенная в сети «Интернет» (решение Ленинского районного суда г. Смоленска от 11.02.2021);</w:t>
            </w:r>
          </w:p>
        </w:tc>
        <w:tc>
          <w:tcPr>
            <w:tcW w:type="dxa" w:w="2880"/>
          </w:tcPr>
          <w:p>
            <w:r>
              <w:t>22.04.2021</w:t>
            </w:r>
          </w:p>
        </w:tc>
      </w:tr>
      <w:tr>
        <w:tc>
          <w:tcPr>
            <w:tcW w:type="dxa" w:w="2880"/>
          </w:tcPr>
          <w:p>
            <w:r>
              <w:t>5177.</w:t>
            </w:r>
          </w:p>
        </w:tc>
        <w:tc>
          <w:tcPr>
            <w:tcW w:type="dxa" w:w="2880"/>
          </w:tcPr>
          <w:p>
            <w:r>
              <w:t>Аудиозапись песни «Моджахеды ft. Миха Градус» исполнителя Леня МЦ &amp; Wold MC, продолжительностью 3 минуты 46 секунд, и текст указанной песни, начинающийся со слов «Б***, вчера короче шел и какие-то хачи…» и заканчивающийся словами «Прячьтесь, крысы, грядет геноцид это Миха Градус и Деня МЦ» (решение Советского районного суда г. Улан-Удэ от 09.03.2021);</w:t>
            </w:r>
          </w:p>
        </w:tc>
        <w:tc>
          <w:tcPr>
            <w:tcW w:type="dxa" w:w="2880"/>
          </w:tcPr>
          <w:p>
            <w:r>
              <w:t>20.05.2021</w:t>
            </w:r>
          </w:p>
        </w:tc>
      </w:tr>
      <w:tr>
        <w:tc>
          <w:tcPr>
            <w:tcW w:type="dxa" w:w="2880"/>
          </w:tcPr>
          <w:p>
            <w:r>
              <w:t>5178.</w:t>
            </w:r>
          </w:p>
        </w:tc>
        <w:tc>
          <w:tcPr>
            <w:tcW w:type="dxa" w:w="2880"/>
          </w:tcPr>
          <w:p>
            <w:r>
              <w:t>Аудиозапись «К чему призывает проповедники вокруг» длительностью 25 минут 03 секунды, начинающаяся со слов: «Теперь братья смотрите дальше. Давайте посмотрим к чему призывают сегодня люди…», заканчивающаяся словами: «То эта религия, говорит, не принесет никакой пользы этому человеку, потому, что она не построена на хорошем фундаменте…», за исключением сур, аятов и цитат из Корана (решение Нурлатского районного суда Республики Татарстан от 23.03.2021);</w:t>
            </w:r>
          </w:p>
        </w:tc>
        <w:tc>
          <w:tcPr>
            <w:tcW w:type="dxa" w:w="2880"/>
          </w:tcPr>
          <w:p>
            <w:r>
              <w:t>20.05.2021</w:t>
            </w:r>
          </w:p>
        </w:tc>
      </w:tr>
      <w:tr>
        <w:tc>
          <w:tcPr>
            <w:tcW w:type="dxa" w:w="2880"/>
          </w:tcPr>
          <w:p>
            <w:r>
              <w:t>5179.</w:t>
            </w:r>
          </w:p>
        </w:tc>
        <w:tc>
          <w:tcPr>
            <w:tcW w:type="dxa" w:w="2880"/>
          </w:tcPr>
          <w:p>
            <w:r>
              <w:t>Аудиозапись и текст песни с названиями: «Цыганский табор уходит…», «Цыганская дорога к небу через печную трубу», «Цыганская Дорога», «Цыганский табор уходит в небо», «Табор уходит в небо» исполнителя «Кальвадос» («Calvados»),  продолжительностью от 5 мин. 00 сек. до 5 мин. 02 сек., начинающиеся со слов: «Цыганка погадает сородичам своим, удастся ли из топки им выбраться живым» и заканчивающиеся словами: «Вслед за цыганским счастьем табор уходит в небо, быстро, один за другим» (решение Ленинского районного суда города Владивостока Приморского края от 11.01.2021 и определение Ленинского районного суда города Владивостока Приморского края от 06.04.2021);</w:t>
            </w:r>
          </w:p>
        </w:tc>
        <w:tc>
          <w:tcPr>
            <w:tcW w:type="dxa" w:w="2880"/>
          </w:tcPr>
          <w:p>
            <w:r>
              <w:t>20.05.2021</w:t>
            </w:r>
          </w:p>
        </w:tc>
      </w:tr>
      <w:tr>
        <w:tc>
          <w:tcPr>
            <w:tcW w:type="dxa" w:w="2880"/>
          </w:tcPr>
          <w:p>
            <w:r>
              <w:t>5180.</w:t>
            </w:r>
          </w:p>
        </w:tc>
        <w:tc>
          <w:tcPr>
            <w:tcW w:type="dxa" w:w="2880"/>
          </w:tcPr>
          <w:p>
            <w:r>
              <w:t>Аудиозапись: «Сайфулла хазрат Аушев-Законы Тахъуда», длительностью 3 мин. 49 сек., начинающаяся словами «В темную ночь багровые реки затопят станицу твою» и заканчивающаяся словами «К тебе лишь, Аллах, мы свой лик обращаем»,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5181.</w:t>
            </w:r>
          </w:p>
        </w:tc>
        <w:tc>
          <w:tcPr>
            <w:tcW w:type="dxa" w:w="2880"/>
          </w:tcPr>
          <w:p>
            <w:r>
              <w:t>Аудиозапись: «Сайфулла Аушев-Аллах и свобода», длительностью 2 мин. 39 сек., начинающаяся словами «О, братья мусульмане, оглянитесь» и заканчивающаяся словами «Свобода – лишь законы Шариата»,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5182.</w:t>
            </w:r>
          </w:p>
        </w:tc>
        <w:tc>
          <w:tcPr>
            <w:tcW w:type="dxa" w:w="2880"/>
          </w:tcPr>
          <w:p>
            <w:r>
              <w:t>Аудиозапись: «Сайфулла-Муджахи», длительностью 4 мин. 19 сек., начинающаяся словами «Мир, содрогнись и на колени встань-муслимы идут на Джихад» и заканчивающаяся словами «Аллаху Акбар»,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5183.</w:t>
            </w:r>
          </w:p>
        </w:tc>
        <w:tc>
          <w:tcPr>
            <w:tcW w:type="dxa" w:w="2880"/>
          </w:tcPr>
          <w:p>
            <w:r>
              <w:t>Информационный материал – видеозапись «VID_20190903_205943» (второе название – «Срочно!!! Фашисты убили таджика в России»), начинающейся со слов «Парни отойдите к …» и заканчивающейся словами «…Включай, потом скинешь мне.», длительностью 2 минуты 53 секунды, размещенный в информационно-телекоммуникационной сети «Интернет» (решение Канашского районного суда Чувашской Республики от 30.03.2021);</w:t>
            </w:r>
          </w:p>
        </w:tc>
        <w:tc>
          <w:tcPr>
            <w:tcW w:type="dxa" w:w="2880"/>
          </w:tcPr>
          <w:p>
            <w:r>
              <w:t>09.06.2021</w:t>
            </w:r>
          </w:p>
        </w:tc>
      </w:tr>
      <w:tr>
        <w:tc>
          <w:tcPr>
            <w:tcW w:type="dxa" w:w="2880"/>
          </w:tcPr>
          <w:p>
            <w:r>
              <w:t>5184.</w:t>
            </w:r>
          </w:p>
        </w:tc>
        <w:tc>
          <w:tcPr>
            <w:tcW w:type="dxa" w:w="2880"/>
          </w:tcPr>
          <w:p>
            <w:r>
              <w:t>Аудиозапись с названием FACER – «Мое правосудие», продолжительностью 2 минуты 57 секунд, начинающаяся словами «Монтировкой в затылок..» и заканчивающаяся словами «...вот Вам мое правосудие, с..и» (решение Ленинского районного суда г. Перми от 25.03.2021);</w:t>
            </w:r>
          </w:p>
        </w:tc>
        <w:tc>
          <w:tcPr>
            <w:tcW w:type="dxa" w:w="2880"/>
          </w:tcPr>
          <w:p>
            <w:r>
              <w:t>09.06.2021</w:t>
            </w:r>
          </w:p>
        </w:tc>
      </w:tr>
      <w:tr>
        <w:tc>
          <w:tcPr>
            <w:tcW w:type="dxa" w:w="2880"/>
          </w:tcPr>
          <w:p>
            <w:r>
              <w:t>5185.</w:t>
            </w:r>
          </w:p>
        </w:tc>
        <w:tc>
          <w:tcPr>
            <w:tcW w:type="dxa" w:w="2880"/>
          </w:tcPr>
          <w:p>
            <w:r>
              <w:t>Аудиофайл под названием «Жизнь ворам, смерть мусорам» неизвестного исполнителя, продолжительностью 2 минуты 19 секунд, начинающийся со слов: «А какой у тебя статус в криминальном мире?», заканчивающийся фразой: «Братка, наливай», с последующим речетативом, размещенный в сети «Интернет» под названием «Жизнь ворам, смерть мусорам» (решение Елецкого городского суда Липецкой области от 28.04.2021);</w:t>
            </w:r>
          </w:p>
        </w:tc>
        <w:tc>
          <w:tcPr>
            <w:tcW w:type="dxa" w:w="2880"/>
          </w:tcPr>
          <w:p>
            <w:r>
              <w:t>25.06.2021</w:t>
            </w:r>
          </w:p>
        </w:tc>
      </w:tr>
      <w:tr>
        <w:tc>
          <w:tcPr>
            <w:tcW w:type="dxa" w:w="2880"/>
          </w:tcPr>
          <w:p>
            <w:r>
              <w:t>5186.</w:t>
            </w:r>
          </w:p>
        </w:tc>
        <w:tc>
          <w:tcPr>
            <w:tcW w:type="dxa" w:w="2880"/>
          </w:tcPr>
          <w:p>
            <w:r>
              <w:t>Аудиозапись исполнителя «Вестник Прилива» продолжительностью от 3 мин. 43 сек. до 5 мин. 17 сек. и текст песни по названием «О жидах», начинающиеся со слов «Нецензурная лексика» уже в корень эти жиды со своей Рош ха-Шана», заканчивающиеся словами «за собой своих жидов» (решение Красноармейского городского суда Саратовской области от 27.04.2021);</w:t>
            </w:r>
          </w:p>
        </w:tc>
        <w:tc>
          <w:tcPr>
            <w:tcW w:type="dxa" w:w="2880"/>
          </w:tcPr>
          <w:p>
            <w:r>
              <w:t>25.06.2021</w:t>
            </w:r>
          </w:p>
        </w:tc>
      </w:tr>
      <w:tr>
        <w:tc>
          <w:tcPr>
            <w:tcW w:type="dxa" w:w="2880"/>
          </w:tcPr>
          <w:p>
            <w:r>
              <w:t>5187.</w:t>
            </w:r>
          </w:p>
        </w:tc>
        <w:tc>
          <w:tcPr>
            <w:tcW w:type="dxa" w:w="2880"/>
          </w:tcPr>
          <w:p>
            <w:r>
              <w:t>Видео-, аудиозапись и текст песни под названием «Твой нож разберется», начинающиеся словами «Интернационалисты загалдели…» и заканчивающиеся словами «.. .твой нож разберется» (решение Абаканского городского суда Республики Хакасия от 29.04.2021);</w:t>
            </w:r>
          </w:p>
        </w:tc>
        <w:tc>
          <w:tcPr>
            <w:tcW w:type="dxa" w:w="2880"/>
          </w:tcPr>
          <w:p>
            <w:r>
              <w:t>25.06.2021</w:t>
            </w:r>
          </w:p>
        </w:tc>
      </w:tr>
      <w:tr>
        <w:tc>
          <w:tcPr>
            <w:tcW w:type="dxa" w:w="2880"/>
          </w:tcPr>
          <w:p>
            <w:r>
              <w:t>5188.</w:t>
            </w:r>
          </w:p>
        </w:tc>
        <w:tc>
          <w:tcPr>
            <w:tcW w:type="dxa" w:w="2880"/>
          </w:tcPr>
          <w:p>
            <w:r>
              <w:t>Аудиозапись под названием «Гипоталамус - Знамя победы» (другое название - «Гипоталамус - Поднимем знамя победы»), продолжительностью от 03 минут 17 секунд до 03 минут 45 секунд, начинающаяся словами: «Леденящее солнце, нордический дух…», заканчивающаяся словами: «…В борьбе за великую белую расу поможет огненный Один!» (решение Железнодорожного районного суда г. Пензы от 08.06.2021);</w:t>
            </w:r>
          </w:p>
        </w:tc>
        <w:tc>
          <w:tcPr>
            <w:tcW w:type="dxa" w:w="2880"/>
          </w:tcPr>
          <w:p>
            <w:r>
              <w:t>17.08.2021</w:t>
            </w:r>
          </w:p>
        </w:tc>
      </w:tr>
      <w:tr>
        <w:tc>
          <w:tcPr>
            <w:tcW w:type="dxa" w:w="2880"/>
          </w:tcPr>
          <w:p>
            <w:r>
              <w:t>5189.</w:t>
            </w:r>
          </w:p>
        </w:tc>
        <w:tc>
          <w:tcPr>
            <w:tcW w:type="dxa" w:w="2880"/>
          </w:tcPr>
          <w:p>
            <w:r>
              <w:t>Информационный материал в виде текста, начинающегося со слов: «Этот текст о герое Михаиле Жлобицком мы опубликовали год назад» или «Что можно сказать о атаке в Архангельске», заканчивающегося словами: «Вечная память Герою!» (решение Центрального районного суда города Воронежа от 10.06.2021);</w:t>
            </w:r>
          </w:p>
        </w:tc>
        <w:tc>
          <w:tcPr>
            <w:tcW w:type="dxa" w:w="2880"/>
          </w:tcPr>
          <w:p>
            <w:r>
              <w:t>17.08.2021</w:t>
            </w:r>
          </w:p>
        </w:tc>
      </w:tr>
      <w:tr>
        <w:tc>
          <w:tcPr>
            <w:tcW w:type="dxa" w:w="2880"/>
          </w:tcPr>
          <w:p>
            <w:r>
              <w:t>5190.</w:t>
            </w:r>
          </w:p>
        </w:tc>
        <w:tc>
          <w:tcPr>
            <w:tcW w:type="dxa" w:w="2880"/>
          </w:tcPr>
          <w:p>
            <w:r>
              <w:t>Аудиофайл под названием «The Senseless Insane - Рожден Чтоб Убивать» продолжительностью 2 минуты 35 секунд, начинающийся словами «Я повторяю сдохнешь.., заканчивающееся словами «Я ненавижу всех людей, их детей, дочерей» (решение Центрального районного суда г. Красноярска от 14.09.2020 и определение Центрального районного суда г. Красноярска от 21.05.2021);</w:t>
            </w:r>
          </w:p>
        </w:tc>
        <w:tc>
          <w:tcPr>
            <w:tcW w:type="dxa" w:w="2880"/>
          </w:tcPr>
          <w:p>
            <w:r>
              <w:t>17.08.2021</w:t>
            </w:r>
          </w:p>
        </w:tc>
      </w:tr>
      <w:tr>
        <w:tc>
          <w:tcPr>
            <w:tcW w:type="dxa" w:w="2880"/>
          </w:tcPr>
          <w:p>
            <w:r>
              <w:t>5191.</w:t>
            </w:r>
          </w:p>
        </w:tc>
        <w:tc>
          <w:tcPr>
            <w:tcW w:type="dxa" w:w="2880"/>
          </w:tcPr>
          <w:p>
            <w:r>
              <w:t>Аудиоматериал «Виселица-Убивать» продолжительностью 03 минуты 19 секунд, начинающийся со слов: «Ну что, позорная свинья», заканчивающийся словами: «Убивать, так убивать» (решение Центрального районного суда г. Воронежа от 10.06.2021);</w:t>
            </w:r>
          </w:p>
        </w:tc>
        <w:tc>
          <w:tcPr>
            <w:tcW w:type="dxa" w:w="2880"/>
          </w:tcPr>
          <w:p>
            <w:r>
              <w:t>17.08.2021</w:t>
            </w:r>
          </w:p>
        </w:tc>
      </w:tr>
      <w:tr>
        <w:tc>
          <w:tcPr>
            <w:tcW w:type="dxa" w:w="2880"/>
          </w:tcPr>
          <w:p>
            <w:r>
              <w:t>5192.</w:t>
            </w:r>
          </w:p>
        </w:tc>
        <w:tc>
          <w:tcPr>
            <w:tcW w:type="dxa" w:w="2880"/>
          </w:tcPr>
          <w:p>
            <w:r>
              <w:t>Аудиоматериал «Террор-Бунт» продолжительностью 02 минуты 26 секунд, начинающийся со слов: «Мне надоели кроткие глаза», заканчивающийся словами: «Да будет, будет бунт, революция» (решение Центрального районного суда г. Воронежа от 10.06.2021);</w:t>
            </w:r>
          </w:p>
        </w:tc>
        <w:tc>
          <w:tcPr>
            <w:tcW w:type="dxa" w:w="2880"/>
          </w:tcPr>
          <w:p>
            <w:r>
              <w:t>17.08.2021</w:t>
            </w:r>
          </w:p>
        </w:tc>
      </w:tr>
      <w:tr>
        <w:tc>
          <w:tcPr>
            <w:tcW w:type="dxa" w:w="2880"/>
          </w:tcPr>
          <w:p>
            <w:r>
              <w:t>5193.</w:t>
            </w:r>
          </w:p>
        </w:tc>
        <w:tc>
          <w:tcPr>
            <w:tcW w:type="dxa" w:w="2880"/>
          </w:tcPr>
          <w:p>
            <w:r>
              <w:t>Аудиоматериал «Бригадир-Вооружайся» продолжительностью 04 минуты 41 секунду, начинающийся со слов: «Убийцы в погонах стреляют в людей», заканчивающийся словами: «Другого выбора у нас нет» (решение Центрального районного суда г. Воронежа от 10.06.2021);</w:t>
            </w:r>
          </w:p>
        </w:tc>
        <w:tc>
          <w:tcPr>
            <w:tcW w:type="dxa" w:w="2880"/>
          </w:tcPr>
          <w:p>
            <w:r>
              <w:t>17.08.2021</w:t>
            </w:r>
          </w:p>
        </w:tc>
      </w:tr>
      <w:tr>
        <w:tc>
          <w:tcPr>
            <w:tcW w:type="dxa" w:w="2880"/>
          </w:tcPr>
          <w:p>
            <w:r>
              <w:t>5194.</w:t>
            </w:r>
          </w:p>
        </w:tc>
        <w:tc>
          <w:tcPr>
            <w:tcW w:type="dxa" w:w="2880"/>
          </w:tcPr>
          <w:p>
            <w:r>
              <w:t>Аудиозапись под названием «Чеченская – «Аллаху Акбар», начинающаяся словами «Для мусульманина есть только два пути…» и заканчивающаяся словами «… Аллаху акбар», продолжительностью 3 минуты 18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5195.</w:t>
            </w:r>
          </w:p>
        </w:tc>
        <w:tc>
          <w:tcPr>
            <w:tcW w:type="dxa" w:w="2880"/>
          </w:tcPr>
          <w:p>
            <w:r>
              <w:t>Аудиозапись под названием: «Моджахед - Торнадо», начинающаяся словами «Я своих людей на убой никогда не поведу…» и заканчивающаяся словами «… Я убью вас всех», продолжительностью 2 минуты 48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5196.</w:t>
            </w:r>
          </w:p>
        </w:tc>
        <w:tc>
          <w:tcPr>
            <w:tcW w:type="dxa" w:w="2880"/>
          </w:tcPr>
          <w:p>
            <w:r>
              <w:t>Аудиозапись под названием «Lil Extra – Мы моджахеды войско Аллаха (metal)», начинающаяся словами «Знайте, не будет больше пощады…» и заканчивающаяся словами «…Аллаху акбар», продолжительностью 3 минуты 34 секунды,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5197.</w:t>
            </w:r>
          </w:p>
        </w:tc>
        <w:tc>
          <w:tcPr>
            <w:tcW w:type="dxa" w:w="2880"/>
          </w:tcPr>
          <w:p>
            <w:r>
              <w:t>Аудиозапись исполнителя «АСАТ 88» с названием «Деды воевали» продолжительностью 4 минуты 00 секунд, которая начинается словами «Взрываются вокзалы и автобусы, да гибнут дети. Но ведь намного важнее экстремисты в Интернете», заканчивается словами «Да, националист, и полетят в меня камни, но ты себя спроси, за это деды воевали»,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5198.</w:t>
            </w:r>
          </w:p>
        </w:tc>
        <w:tc>
          <w:tcPr>
            <w:tcW w:type="dxa" w:w="2880"/>
          </w:tcPr>
          <w:p>
            <w:r>
              <w:t>Аудиозапись исполнителя «Околорэп feat. Аргентина» - «Интересно» (продолжительностью 3 минуты 18 секунд, начинается словами «Витя с Околорэпа сорвал голос на секторе. Привет синтетике», заканчивается словами «Мне интересно, к концу этой песни …»),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5199.</w:t>
            </w:r>
          </w:p>
        </w:tc>
        <w:tc>
          <w:tcPr>
            <w:tcW w:type="dxa" w:w="2880"/>
          </w:tcPr>
          <w:p>
            <w:r>
              <w:t>Видео-, аудиозапись песни под названием: «Черный – АУЕ Жизнь Ворам», начинающаяся словами «Хулиганский двор 90-е…» и заканчивающаяся словами «…буду всегда ценить Вас Отрицалов! Вечно!», имеющая припев: «А.У.Е. Жизнь Ворам, Воровским Сердцам Долгой Жизни. Уважение Отцам! Я молодой пацан, пусть много не познал, буду всегда ценить Вас Отрицалов!» (решение Абаканского городского суда Республики Хакасия от 28.06.2021);</w:t>
            </w:r>
          </w:p>
        </w:tc>
        <w:tc>
          <w:tcPr>
            <w:tcW w:type="dxa" w:w="2880"/>
          </w:tcPr>
          <w:p>
            <w:r>
              <w:t>08.09.2021</w:t>
            </w:r>
          </w:p>
        </w:tc>
      </w:tr>
      <w:tr>
        <w:tc>
          <w:tcPr>
            <w:tcW w:type="dxa" w:w="2880"/>
          </w:tcPr>
          <w:p>
            <w:r>
              <w:t>5200.</w:t>
            </w:r>
          </w:p>
        </w:tc>
        <w:tc>
          <w:tcPr>
            <w:tcW w:type="dxa" w:w="2880"/>
          </w:tcPr>
          <w:p>
            <w:r>
              <w:t>Видео-, аудиозапись песни под названием: «АУЕ – звезды воровские», начинающаяся словами «Меня отец в детстве ничем не баловал …» и заканчивающаяся словами «… наколю, украду, оторву звезду!», имеющая припев: «Звезды воровски е на плечах наколю, звезды с неба для любимой украду, звезды у мента с погон оторву, наколю, украду, оторву звезду!» (решение Абаканского городского суда Республики Хакасия от 28.06.2021);</w:t>
            </w:r>
          </w:p>
        </w:tc>
        <w:tc>
          <w:tcPr>
            <w:tcW w:type="dxa" w:w="2880"/>
          </w:tcPr>
          <w:p>
            <w:r>
              <w:t>08.09.2021</w:t>
            </w:r>
          </w:p>
        </w:tc>
      </w:tr>
      <w:tr>
        <w:tc>
          <w:tcPr>
            <w:tcW w:type="dxa" w:w="2880"/>
          </w:tcPr>
          <w:p>
            <w:r>
              <w:t>5201.</w:t>
            </w:r>
          </w:p>
        </w:tc>
        <w:tc>
          <w:tcPr>
            <w:tcW w:type="dxa" w:w="2880"/>
          </w:tcPr>
          <w:p>
            <w:r>
              <w:t>Видео-, аудиозапись песни под названием: «SH Rera – АУЕ», начинающаяся словами «Слава ходу воровскому слава...» и заканчивающаяся словами «…вот такая вот миниатюра», имеющая припев «АУЕ АУЕ не наглей, АУЕ АУЕ веди себя скромней, Аристанское уркаганское единство, много кто с криминального пути сбился» (решение Абаканского городского суда Республики Хакасия от 28.06.2021);</w:t>
            </w:r>
          </w:p>
        </w:tc>
        <w:tc>
          <w:tcPr>
            <w:tcW w:type="dxa" w:w="2880"/>
          </w:tcPr>
          <w:p>
            <w:r>
              <w:t>08.09.2021</w:t>
            </w:r>
          </w:p>
        </w:tc>
      </w:tr>
      <w:tr>
        <w:tc>
          <w:tcPr>
            <w:tcW w:type="dxa" w:w="2880"/>
          </w:tcPr>
          <w:p>
            <w:r>
              <w:t>5202.</w:t>
            </w:r>
          </w:p>
        </w:tc>
        <w:tc>
          <w:tcPr>
            <w:tcW w:type="dxa" w:w="2880"/>
          </w:tcPr>
          <w:p>
            <w:r>
              <w:t>Аудиозапись: «Руслан Абу Ибрахим» - «9 мая», длительностью 02 минуты 26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5203.</w:t>
            </w:r>
          </w:p>
        </w:tc>
        <w:tc>
          <w:tcPr>
            <w:tcW w:type="dxa" w:w="2880"/>
          </w:tcPr>
          <w:p>
            <w:r>
              <w:t>Аудиозапись: «Руслан Абу Ибрахим» - «О такфире рафидитов-хусиев, о близорукости саляф-форума в вопросах манхаджа, об Аʼмаше», длительностью 01 час 00 минут 41 секунда,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5204.</w:t>
            </w:r>
          </w:p>
        </w:tc>
        <w:tc>
          <w:tcPr>
            <w:tcW w:type="dxa" w:w="2880"/>
          </w:tcPr>
          <w:p>
            <w:r>
              <w:t>Аудиозапись: «Руслан Абу Ибрахим» - «Призыв к справедливости и объективности», длительностью 1 час 03 минуты 18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5205.</w:t>
            </w:r>
          </w:p>
        </w:tc>
        <w:tc>
          <w:tcPr>
            <w:tcW w:type="dxa" w:w="2880"/>
          </w:tcPr>
          <w:p>
            <w:r>
              <w:t>Статья автора Антона Благина «Справедливости нет, потому что вранье кругом! И виноваты во всем только раввины и евреи», начинающаяся словами «То, что во всем виноваты раввины и евреи я сейчас легко докажу как математическую теорему» и заканчивающаяся словами «5 декабря 2018 г. Мурманск. Антон Благин» (решение Советского районного суда г. Томска от 09.12.2020 и апелляционное определение судебной коллегии по административным делам Томского областного суда от 23.07.2021);</w:t>
            </w:r>
          </w:p>
        </w:tc>
        <w:tc>
          <w:tcPr>
            <w:tcW w:type="dxa" w:w="2880"/>
          </w:tcPr>
          <w:p>
            <w:r>
              <w:t>22.09.2021</w:t>
            </w:r>
          </w:p>
        </w:tc>
      </w:tr>
      <w:tr>
        <w:tc>
          <w:tcPr>
            <w:tcW w:type="dxa" w:w="2880"/>
          </w:tcPr>
          <w:p>
            <w:r>
              <w:t>5206.</w:t>
            </w:r>
          </w:p>
        </w:tc>
        <w:tc>
          <w:tcPr>
            <w:tcW w:type="dxa" w:w="2880"/>
          </w:tcPr>
          <w:p>
            <w:r>
              <w:t>Видеозапись под названием «Выход взять оружие» (другие названия – «Священная война», «Выход взять оружие (взяться за голову)», «YouTube  -&amp;#x202a;Выход-взять оружие.wmv&amp;#x202c;&amp;rlm;») продолжительностью 03 минуты 16 секунд, содержащая видеоряд с последовательно предъявляемыми 49 кадрами, первый кадр начинается текстом на черном фоне «Обращение к людям, понимающим, что против России идет война на уничтожение…», последний кадр заканчивается текстом на черном фоне «Свобода или смерть!», сопровождающийся аудиорядом – фоновой песней в исполнении хора с текстом, начинающимся словами «Вставай, страна огромная, вставай на смертный бой…», заканчивающимся словами: «….Идет война народная, Священная война!» (решение Железнодорожного районного суда г. Пензы от 15.07.2021);</w:t>
            </w:r>
          </w:p>
        </w:tc>
        <w:tc>
          <w:tcPr>
            <w:tcW w:type="dxa" w:w="2880"/>
          </w:tcPr>
          <w:p>
            <w:r>
              <w:t>22.09.2021</w:t>
            </w:r>
          </w:p>
        </w:tc>
      </w:tr>
      <w:tr>
        <w:tc>
          <w:tcPr>
            <w:tcW w:type="dxa" w:w="2880"/>
          </w:tcPr>
          <w:p>
            <w:r>
              <w:t>5207.</w:t>
            </w:r>
          </w:p>
        </w:tc>
        <w:tc>
          <w:tcPr>
            <w:tcW w:type="dxa" w:w="2880"/>
          </w:tcPr>
          <w:p>
            <w:r>
              <w:t>Текст под названием «Инструкция БТО», начинающийся словами «Инструкция БТО…» и заканчивающийся словами «…чтобы бойцы БТО смогли отразить репрессии», объемом 509 печатных страниц, включающий 6 разделов, имеющих названия: введение, работа в одиночку, набор людей, необходимые знания бойцов, оружие, действия твои и твоей группы, размещенный в информационно-телекоммуникационной сети «Интернет» (решение Бологовского городского суда Тверской области от 16.06.2021);</w:t>
            </w:r>
          </w:p>
        </w:tc>
        <w:tc>
          <w:tcPr>
            <w:tcW w:type="dxa" w:w="2880"/>
          </w:tcPr>
          <w:p>
            <w:r>
              <w:t>22.09.2021</w:t>
            </w:r>
          </w:p>
        </w:tc>
      </w:tr>
      <w:tr>
        <w:tc>
          <w:tcPr>
            <w:tcW w:type="dxa" w:w="2880"/>
          </w:tcPr>
          <w:p>
            <w:r>
              <w:t>5208.</w:t>
            </w:r>
          </w:p>
        </w:tc>
        <w:tc>
          <w:tcPr>
            <w:tcW w:type="dxa" w:w="2880"/>
          </w:tcPr>
          <w:p>
            <w:r>
              <w:t>Музыкальная композиция под названием «Жизнь ворам» продолжительностью 03 минуты 39 секунд, начинающаяся словами «Куйбышевской братве посвящается…» и заканчивающаяся словами «…чикитакатака братка наливай» (решение Шолоховского районного суда Ростовской области от 29.07.2021);</w:t>
            </w:r>
          </w:p>
        </w:tc>
        <w:tc>
          <w:tcPr>
            <w:tcW w:type="dxa" w:w="2880"/>
          </w:tcPr>
          <w:p>
            <w:r>
              <w:t>28.09.2021</w:t>
            </w:r>
          </w:p>
        </w:tc>
      </w:tr>
      <w:tr>
        <w:tc>
          <w:tcPr>
            <w:tcW w:type="dxa" w:w="2880"/>
          </w:tcPr>
          <w:p>
            <w:r>
              <w:t>5209.</w:t>
            </w:r>
          </w:p>
        </w:tc>
        <w:tc>
          <w:tcPr>
            <w:tcW w:type="dxa" w:w="2880"/>
          </w:tcPr>
          <w:p>
            <w:r>
              <w:t>Аудиозапись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5210.</w:t>
            </w:r>
          </w:p>
        </w:tc>
        <w:tc>
          <w:tcPr>
            <w:tcW w:type="dxa" w:w="2880"/>
          </w:tcPr>
          <w:p>
            <w:r>
              <w:t>Текст песни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5211.</w:t>
            </w:r>
          </w:p>
        </w:tc>
        <w:tc>
          <w:tcPr>
            <w:tcW w:type="dxa" w:w="2880"/>
          </w:tcPr>
          <w:p>
            <w:r>
              <w:t>Видеозапись с названием «СМОТРЕТЬ ДО КОНЦА! СПЕЦвыпуск для Граждан СССР ПОЛНАЯ ВЕРСИЯ», представляющая цветной фильм, продолжительностью 1 час 04 минуты 47 секунд, который начинается с изображения флага СССР в виде серпа и молота желтого цвета в левом верхнем углу на красном фоне и записи: «Архангельская область РСФСР в составе СССР, часть 1 о РФ, ЖКХ, и др.», после чего закадровый голос произносит слова: «Вот научаю людей как вообще не платить налоги, коммуналку и так далее…», заканчивается фильм изображением черного фона с надписью белого цвета «Специально для граждан СССР! В скором времени мы раскроем шокирующие факты прямой связи чиновников РФ с разрушительными силами – заговорщиками рода человеческого. Все тайное становится явным! Узнай первым на канале Правоведы СССР группа ВК vk.com/arhsssr» (решение Сыктывкарского городского суда Республики Коми от 02.08.2021);</w:t>
            </w:r>
          </w:p>
        </w:tc>
        <w:tc>
          <w:tcPr>
            <w:tcW w:type="dxa" w:w="2880"/>
          </w:tcPr>
          <w:p>
            <w:r>
              <w:t>06.10.2021</w:t>
            </w:r>
          </w:p>
        </w:tc>
      </w:tr>
      <w:tr>
        <w:tc>
          <w:tcPr>
            <w:tcW w:type="dxa" w:w="2880"/>
          </w:tcPr>
          <w:p>
            <w:r>
              <w:t>5212.</w:t>
            </w:r>
          </w:p>
        </w:tc>
        <w:tc>
          <w:tcPr>
            <w:tcW w:type="dxa" w:w="2880"/>
          </w:tcPr>
          <w:p>
            <w:r>
              <w:t>Информационный материал, представленный в виде текста: «Русня! В стойло!» на фоне изображения человека, похожего на главу Чеченской Республики Кадырова Р.А. (решение Ленинского районного суда города Владивостока Приморского края от 16.08.2021);</w:t>
            </w:r>
          </w:p>
        </w:tc>
        <w:tc>
          <w:tcPr>
            <w:tcW w:type="dxa" w:w="2880"/>
          </w:tcPr>
          <w:p>
            <w:r>
              <w:t>06.10.2021</w:t>
            </w:r>
          </w:p>
        </w:tc>
      </w:tr>
      <w:tr>
        <w:tc>
          <w:tcPr>
            <w:tcW w:type="dxa" w:w="2880"/>
          </w:tcPr>
          <w:p>
            <w:r>
              <w:t>5213.</w:t>
            </w:r>
          </w:p>
        </w:tc>
        <w:tc>
          <w:tcPr>
            <w:tcW w:type="dxa" w:w="2880"/>
          </w:tcPr>
          <w:p>
            <w:r>
              <w:t>Песня группы «Сибирский кулак» под названием «Нигер», начинающаяся со слов «Опять я вижу на улицах их рожи», заканчивающаяся словами «Нигер! Это гадко!» (решение Центрального районного суда г. Барнаула от 29.07.2021);</w:t>
            </w:r>
          </w:p>
        </w:tc>
        <w:tc>
          <w:tcPr>
            <w:tcW w:type="dxa" w:w="2880"/>
          </w:tcPr>
          <w:p>
            <w:r>
              <w:t>06.10.2021</w:t>
            </w:r>
          </w:p>
        </w:tc>
      </w:tr>
      <w:tr>
        <w:tc>
          <w:tcPr>
            <w:tcW w:type="dxa" w:w="2880"/>
          </w:tcPr>
          <w:p>
            <w:r>
              <w:t>5214.</w:t>
            </w:r>
          </w:p>
        </w:tc>
        <w:tc>
          <w:tcPr>
            <w:tcW w:type="dxa" w:w="2880"/>
          </w:tcPr>
          <w:p>
            <w:r>
              <w:t>Информационный материал – аудиозапись «Запрещенные сказки – Баба-Зига», длительностью 5 минут 34 секунды, начинающаяся словами «давным-давно, в одном еврейском гетто, жили-были» и заканчивающаяся словами «и того Баба-Зига все равно засечет, в печь … (нецензурно)», размещенная в информационно-телекоммуникационной сети «Интернет» (решение Первомайского районного суда г. Кирова Кировской области от 19.08.2021);</w:t>
            </w:r>
          </w:p>
        </w:tc>
        <w:tc>
          <w:tcPr>
            <w:tcW w:type="dxa" w:w="2880"/>
          </w:tcPr>
          <w:p>
            <w:r>
              <w:t>06.10.2021</w:t>
            </w:r>
          </w:p>
        </w:tc>
      </w:tr>
      <w:tr>
        <w:tc>
          <w:tcPr>
            <w:tcW w:type="dxa" w:w="2880"/>
          </w:tcPr>
          <w:p>
            <w:r>
              <w:t>5215.</w:t>
            </w:r>
          </w:p>
        </w:tc>
        <w:tc>
          <w:tcPr>
            <w:tcW w:type="dxa" w:w="2880"/>
          </w:tcPr>
          <w:p>
            <w:r>
              <w:t>Аудиозапись «Гимн негров» (исполнитель «Дай дорогу»), продолжительностью 02 минуты 39 секунд и начинающаяся словами «Эта мелодия станет гимном для всех…» и заканчивающаяся словами «...Выгонять из России…» (решение Октябрьского районного суда г. Белгорода от 09.07.2021).</w:t>
            </w:r>
          </w:p>
        </w:tc>
        <w:tc>
          <w:tcPr>
            <w:tcW w:type="dxa" w:w="2880"/>
          </w:tcPr>
          <w:p>
            <w:r>
              <w:t>15.10.2021</w:t>
            </w:r>
          </w:p>
        </w:tc>
      </w:tr>
      <w:tr>
        <w:tc>
          <w:tcPr>
            <w:tcW w:type="dxa" w:w="2880"/>
          </w:tcPr>
          <w:p>
            <w:r>
              <w:t>5216.</w:t>
            </w:r>
          </w:p>
        </w:tc>
        <w:tc>
          <w:tcPr>
            <w:tcW w:type="dxa" w:w="2880"/>
          </w:tcPr>
          <w:p>
            <w:r>
              <w:t>Брошюра «Der Untermensch/Недочеловек» на 37 л., начинающаяся со слов: «Пока на земле существуют люди, борьба между человеком и недочеловеком будет историческим правилом» и заканчивающаяся словами «Европа, защити себя!» (решение Ленинского районного суда г. Владивостока от 16.08.2021);</w:t>
            </w:r>
          </w:p>
        </w:tc>
        <w:tc>
          <w:tcPr>
            <w:tcW w:type="dxa" w:w="2880"/>
          </w:tcPr>
          <w:p>
            <w:r>
              <w:t>28.10.2021</w:t>
            </w:r>
          </w:p>
        </w:tc>
      </w:tr>
      <w:tr>
        <w:tc>
          <w:tcPr>
            <w:tcW w:type="dxa" w:w="2880"/>
          </w:tcPr>
          <w:p>
            <w:r>
              <w:t>5217.</w:t>
            </w:r>
          </w:p>
        </w:tc>
        <w:tc>
          <w:tcPr>
            <w:tcW w:type="dxa" w:w="2880"/>
          </w:tcPr>
          <w:p>
            <w:r>
              <w:t>Аудиозапись и текст песни под названием: «А.У.Е. Жизнь ворам (За людское) (исполнитель : Вася «Шмель», Лицо Под-Капюшоном, Руслан Черный), длительностью 4 минуты 39 секунд, начинающиеся со слов «Хулиганский двор…» и заканчивающиеся словом «Вечно», размещенные в информационно-телекоммуникационной сети «Интернет» (решение Ленинского районного суда г. Владикавказа РСО-Алания от 24.05.2021);</w:t>
            </w:r>
          </w:p>
        </w:tc>
        <w:tc>
          <w:tcPr>
            <w:tcW w:type="dxa" w:w="2880"/>
          </w:tcPr>
          <w:p>
            <w:r>
              <w:t>08.11.2021</w:t>
            </w:r>
          </w:p>
        </w:tc>
      </w:tr>
      <w:tr>
        <w:tc>
          <w:tcPr>
            <w:tcW w:type="dxa" w:w="2880"/>
          </w:tcPr>
          <w:p>
            <w:r>
              <w:t>5218.</w:t>
            </w:r>
          </w:p>
        </w:tc>
        <w:tc>
          <w:tcPr>
            <w:tcW w:type="dxa" w:w="2880"/>
          </w:tcPr>
          <w:p>
            <w:r>
              <w:t>Видеозапись с названием «Тайное и явное. Цели деяния сионистов», представляющая собой черно-белый фильм, продолжительностью от 1 часа 28 минут 01 секунды до 1 часа 28 минут 16 секунд, который начинается с изображения древних скульптур и текста на экране: «В этом фильме изложены факты..», заканчивается изображением природы и дерева в паутине, сопровождаемых словами: «Обречено ли дерево на медленную смерть или оно отчистится от этой паутины червей?», после чего следуют титры (решение Сыктывкарского городского суда от 05.07.2021);</w:t>
            </w:r>
          </w:p>
        </w:tc>
        <w:tc>
          <w:tcPr>
            <w:tcW w:type="dxa" w:w="2880"/>
          </w:tcPr>
          <w:p>
            <w:r>
              <w:t>08.11.2021</w:t>
            </w:r>
          </w:p>
        </w:tc>
      </w:tr>
      <w:tr>
        <w:tc>
          <w:tcPr>
            <w:tcW w:type="dxa" w:w="2880"/>
          </w:tcPr>
          <w:p>
            <w:r>
              <w:t>5219.</w:t>
            </w:r>
          </w:p>
        </w:tc>
        <w:tc>
          <w:tcPr>
            <w:tcW w:type="dxa" w:w="2880"/>
          </w:tcPr>
          <w:p>
            <w:r>
              <w:t>Видеозапись, продолжительностью 30 секунд, которая начинается с изображения малолетней девочки дошкольного возраста на фоне флага Украины, которая на вопрос: «Марьяночка, ты будешь резать русню?» отвечает: «Я буду резать русню!», заканчивается словами указанной девочки: «Я буду резать русню!» (решение Сыктывкарского городского суда от 05.07.2021);</w:t>
            </w:r>
          </w:p>
        </w:tc>
        <w:tc>
          <w:tcPr>
            <w:tcW w:type="dxa" w:w="2880"/>
          </w:tcPr>
          <w:p>
            <w:r>
              <w:t>08.11.2021</w:t>
            </w:r>
          </w:p>
        </w:tc>
      </w:tr>
      <w:tr>
        <w:tc>
          <w:tcPr>
            <w:tcW w:type="dxa" w:w="2880"/>
          </w:tcPr>
          <w:p>
            <w:r>
              <w:t>5220.</w:t>
            </w:r>
          </w:p>
        </w:tc>
        <w:tc>
          <w:tcPr>
            <w:tcW w:type="dxa" w:w="2880"/>
          </w:tcPr>
          <w:p>
            <w:r>
              <w:t>Аудиозапись «Крада – Белый Штурм» длительностью 2 мин. 47 сек., начинающаяся со слов: «Четче шаг! Врата небес открыты…», размещенная в сети «Интернет» (решение Центрального районного суда г. Тулы от 31.08.2021);</w:t>
            </w:r>
          </w:p>
        </w:tc>
        <w:tc>
          <w:tcPr>
            <w:tcW w:type="dxa" w:w="2880"/>
          </w:tcPr>
          <w:p>
            <w:r>
              <w:t>08.11.2021</w:t>
            </w:r>
          </w:p>
        </w:tc>
      </w:tr>
      <w:tr>
        <w:tc>
          <w:tcPr>
            <w:tcW w:type="dxa" w:w="2880"/>
          </w:tcPr>
          <w:p>
            <w:r>
              <w:t>5221.</w:t>
            </w:r>
          </w:p>
        </w:tc>
        <w:tc>
          <w:tcPr>
            <w:tcW w:type="dxa" w:w="2880"/>
          </w:tcPr>
          <w:p>
            <w:r>
              <w:t>Видеоклип музыкальной группы «Контрреволюция» под названием «Они чужие», начинающийся словами «Коварством и ложью они получили власть, на русских слезах и костях пировали всласть…» и заканчивающийся словами «Они чужие, они из тьмы, они на службе у Сатаны, они чужие» продолжительностью 05 мин. 22 сек. (решение Советского районного суда г. Нижнего Новгорода от 29.04.2021 и определение Советского районного суда г. Нижнего Новгорода от 10.09.2021);</w:t>
            </w:r>
          </w:p>
        </w:tc>
        <w:tc>
          <w:tcPr>
            <w:tcW w:type="dxa" w:w="2880"/>
          </w:tcPr>
          <w:p>
            <w:r>
              <w:t>08.11.2021</w:t>
            </w:r>
          </w:p>
        </w:tc>
      </w:tr>
      <w:tr>
        <w:tc>
          <w:tcPr>
            <w:tcW w:type="dxa" w:w="2880"/>
          </w:tcPr>
          <w:p>
            <w:r>
              <w:t>5222.</w:t>
            </w:r>
          </w:p>
        </w:tc>
        <w:tc>
          <w:tcPr>
            <w:tcW w:type="dxa" w:w="2880"/>
          </w:tcPr>
          <w:p>
            <w:r>
              <w:t>Информационный материал – произведение, получившее распространение как в виде стихотворения, так и в виде песни, продолжительностью 2 мин. 33 сек., начинающееся со слов «Вся наша жизнь лишь искра В пламени мощного костра Пусть же сияет как звезда» и заканчивающееся словами «Пусть же сияет как звезда Ради Того, кем нам дана», а также созданные с использованием текста данного информационного материала аудио- и видеопроизведения и иные информационные материалы, за исключением содержащихся в них содержания и цитат из Корана» (решение Самарского районного суда г. Самары от 18.08.2021);</w:t>
            </w:r>
          </w:p>
        </w:tc>
        <w:tc>
          <w:tcPr>
            <w:tcW w:type="dxa" w:w="2880"/>
          </w:tcPr>
          <w:p>
            <w:r>
              <w:t>23.11.2021</w:t>
            </w:r>
          </w:p>
        </w:tc>
      </w:tr>
      <w:tr>
        <w:tc>
          <w:tcPr>
            <w:tcW w:type="dxa" w:w="2880"/>
          </w:tcPr>
          <w:p>
            <w:r>
              <w:t>5223.</w:t>
            </w:r>
          </w:p>
        </w:tc>
        <w:tc>
          <w:tcPr>
            <w:tcW w:type="dxa" w:w="2880"/>
          </w:tcPr>
          <w:p>
            <w:r>
              <w:t>Аудиозапись песни под названиями: «Тимур», «Тимур мы помним тебя…» праворадикальной группы «RGD 88», начинающейся словами «Хороший мальчик кормит бомжей …» и оканчивающейся словами «…Тимур, ты умер, ты не вернешься назад! Гад!», продолжительностью 3 минуты 26 секунд (решение Кашинского межрайонного суда Тверской области от 21.09.2021);</w:t>
            </w:r>
          </w:p>
        </w:tc>
        <w:tc>
          <w:tcPr>
            <w:tcW w:type="dxa" w:w="2880"/>
          </w:tcPr>
          <w:p>
            <w:r>
              <w:t>23.11.2021</w:t>
            </w:r>
          </w:p>
        </w:tc>
      </w:tr>
      <w:tr>
        <w:tc>
          <w:tcPr>
            <w:tcW w:type="dxa" w:w="2880"/>
          </w:tcPr>
          <w:p>
            <w:r>
              <w:t>5224.</w:t>
            </w:r>
          </w:p>
        </w:tc>
        <w:tc>
          <w:tcPr>
            <w:tcW w:type="dxa" w:w="2880"/>
          </w:tcPr>
          <w:p>
            <w:r>
              <w:t>Информационный материал – аудиозапись группы «НЕтолерантный» под названием «Убей их всех» (решение Ленинского районного суда г. Тамбова от 27.09.2021);</w:t>
            </w:r>
          </w:p>
        </w:tc>
        <w:tc>
          <w:tcPr>
            <w:tcW w:type="dxa" w:w="2880"/>
          </w:tcPr>
          <w:p>
            <w:r>
              <w:t>23.11.2021</w:t>
            </w:r>
          </w:p>
        </w:tc>
      </w:tr>
      <w:tr>
        <w:tc>
          <w:tcPr>
            <w:tcW w:type="dxa" w:w="2880"/>
          </w:tcPr>
          <w:p>
            <w:r>
              <w:t>5225.</w:t>
            </w:r>
          </w:p>
        </w:tc>
        <w:tc>
          <w:tcPr>
            <w:tcW w:type="dxa" w:w="2880"/>
          </w:tcPr>
          <w:p>
            <w:r>
              <w:t>Исключен</w:t>
            </w:r>
          </w:p>
        </w:tc>
        <w:tc>
          <w:tcPr>
            <w:tcW w:type="dxa" w:w="2880"/>
          </w:tcPr>
          <w:p>
            <w:r>
              <w:t>23.11.2021</w:t>
            </w:r>
          </w:p>
        </w:tc>
      </w:tr>
      <w:tr>
        <w:tc>
          <w:tcPr>
            <w:tcW w:type="dxa" w:w="2880"/>
          </w:tcPr>
          <w:p>
            <w:r>
              <w:t>5226.</w:t>
            </w:r>
          </w:p>
        </w:tc>
        <w:tc>
          <w:tcPr>
            <w:tcW w:type="dxa" w:w="2880"/>
          </w:tcPr>
          <w:p>
            <w:r>
              <w:t>Книга «Женщина в Берлине. Дневник - с 20 апреля по 22 июня 1945 года», автора Марты Хиллерс, начинающаяся словами: «Да, война подкрадывается к Берлину…» и заканчивающаяся словами: «…Возможно, мы с ним еще найдем дорогу друг к другу.» (решение Абаканского городского суда Республики Хакасия от 06.09.2021);</w:t>
            </w:r>
          </w:p>
        </w:tc>
        <w:tc>
          <w:tcPr>
            <w:tcW w:type="dxa" w:w="2880"/>
          </w:tcPr>
          <w:p>
            <w:r>
              <w:t>23.11.2021</w:t>
            </w:r>
          </w:p>
        </w:tc>
      </w:tr>
      <w:tr>
        <w:tc>
          <w:tcPr>
            <w:tcW w:type="dxa" w:w="2880"/>
          </w:tcPr>
          <w:p>
            <w:r>
              <w:t>5227.</w:t>
            </w:r>
          </w:p>
        </w:tc>
        <w:tc>
          <w:tcPr>
            <w:tcW w:type="dxa" w:w="2880"/>
          </w:tcPr>
          <w:p>
            <w:r>
              <w:t>Аудиозапись «Holdaar – Гельмут Фон Паннвиц» продолжительностью 2 мин. 50 сек., начинающаяся со слов: «Полыхали пожарища трагической братской войны…» и заканчивающаяся словами:… Генерал-лейтенанта и командира казачьего корауса Ваффен-ЭСэС» (решение Советского районного суда г. Рязани от 20.08.2021);</w:t>
            </w:r>
          </w:p>
        </w:tc>
        <w:tc>
          <w:tcPr>
            <w:tcW w:type="dxa" w:w="2880"/>
          </w:tcPr>
          <w:p>
            <w:r>
              <w:t>23.11.2021</w:t>
            </w:r>
          </w:p>
        </w:tc>
      </w:tr>
      <w:tr>
        <w:tc>
          <w:tcPr>
            <w:tcW w:type="dxa" w:w="2880"/>
          </w:tcPr>
          <w:p>
            <w:r>
              <w:t>5228.</w:t>
            </w:r>
          </w:p>
        </w:tc>
        <w:tc>
          <w:tcPr>
            <w:tcW w:type="dxa" w:w="2880"/>
          </w:tcPr>
          <w:p>
            <w:r>
              <w:t>Аудиозапись «МДП-Леон Дегрель» продолжительностью 4 мин. 33 сек., начинающаяся со слов: «Глас вопиющего в пустыне, Роландов рог…», и заканчивающаяся словами: «…И ты сказал в свой звездный час: «Всем миром вы нас задавили, но вы не победили нас» (решение Советского районного суда г. Рязани от 20.08.2021);</w:t>
            </w:r>
          </w:p>
        </w:tc>
        <w:tc>
          <w:tcPr>
            <w:tcW w:type="dxa" w:w="2880"/>
          </w:tcPr>
          <w:p>
            <w:r>
              <w:t>23.11.2021</w:t>
            </w:r>
          </w:p>
        </w:tc>
      </w:tr>
      <w:tr>
        <w:tc>
          <w:tcPr>
            <w:tcW w:type="dxa" w:w="2880"/>
          </w:tcPr>
          <w:p>
            <w:r>
              <w:t>5229.</w:t>
            </w:r>
          </w:p>
        </w:tc>
        <w:tc>
          <w:tcPr>
            <w:tcW w:type="dxa" w:w="2880"/>
          </w:tcPr>
          <w:p>
            <w:r>
              <w:t>Аудиозапись «Dagaz – Песня о казаках добровольцах» продолжительностью 2 мин. 26 сек., начинающаяся со слов: «Под свободные знамена добровольческих полков…», и заканчивающаяся словами: «…  Под свободные знамена добровольческих полков. От Кубани и до Дона шли отряды казаков» (решение Советского районного суда г. Рязани от 20.08.2021);</w:t>
            </w:r>
          </w:p>
        </w:tc>
        <w:tc>
          <w:tcPr>
            <w:tcW w:type="dxa" w:w="2880"/>
          </w:tcPr>
          <w:p>
            <w:r>
              <w:t>23.11.2021</w:t>
            </w:r>
          </w:p>
        </w:tc>
      </w:tr>
      <w:tr>
        <w:tc>
          <w:tcPr>
            <w:tcW w:type="dxa" w:w="2880"/>
          </w:tcPr>
          <w:p>
            <w:r>
              <w:t>5230.</w:t>
            </w:r>
          </w:p>
        </w:tc>
        <w:tc>
          <w:tcPr>
            <w:tcW w:type="dxa" w:w="2880"/>
          </w:tcPr>
          <w:p>
            <w:r>
              <w:t>Видеозапись «Доброволец Локотская Русь» продолжительностью 5 мин. 57 сек., начинающаяся со слов: «По заснеженным тропам ветер заметает следы…», и заканчивающаяся словами: «…Верю, взойдет в небе солнечный крест. Локотская Русь, Локотская Русь, Локотская Русь, Локотская Русь…» (решение Советского районного суда г. Рязани от 20.08.2021);</w:t>
            </w:r>
          </w:p>
        </w:tc>
        <w:tc>
          <w:tcPr>
            <w:tcW w:type="dxa" w:w="2880"/>
          </w:tcPr>
          <w:p>
            <w:r>
              <w:t>23.11.2021</w:t>
            </w:r>
          </w:p>
        </w:tc>
      </w:tr>
      <w:tr>
        <w:tc>
          <w:tcPr>
            <w:tcW w:type="dxa" w:w="2880"/>
          </w:tcPr>
          <w:p>
            <w:r>
              <w:t>5231.</w:t>
            </w:r>
          </w:p>
        </w:tc>
        <w:tc>
          <w:tcPr>
            <w:tcW w:type="dxa" w:w="2880"/>
          </w:tcPr>
          <w:p>
            <w:r>
              <w:t>Аудиозаписи песни под названием «Цветное г…но» исполнителей «Леша Закон», «Ансамбль Христа Спасителя и Мать Сыра Земля» продолжительностью 1 мин. 37 сек. – 1 мин. 38 сек., начинающейся со слов «Цветное г…но завелось по стране…» и заканчивающейся словами: «Ты цветное г…но. Разноцветное. Пусть идет в п…ду», размещенной в информационно-телекоммуникационной сети «Интернет» (решение Центрального районного суда г. Хабаровска от 23.09.2021);</w:t>
            </w:r>
          </w:p>
        </w:tc>
        <w:tc>
          <w:tcPr>
            <w:tcW w:type="dxa" w:w="2880"/>
          </w:tcPr>
          <w:p>
            <w:r>
              <w:t>06.12.2021</w:t>
            </w:r>
          </w:p>
        </w:tc>
      </w:tr>
      <w:tr>
        <w:tc>
          <w:tcPr>
            <w:tcW w:type="dxa" w:w="2880"/>
          </w:tcPr>
          <w:p>
            <w:r>
              <w:t>5232.</w:t>
            </w:r>
          </w:p>
        </w:tc>
        <w:tc>
          <w:tcPr>
            <w:tcW w:type="dxa" w:w="2880"/>
          </w:tcPr>
          <w:p>
            <w:r>
              <w:t>Информационный материал - аудиофайл «(А)Jolly(V)Roger(E)-С.Л.О.Н.», начинающийся со слов «Все в углу теперь ты, мразь, … и заканчивающийся словами « … чик и ты уже на небесах», длительностью 2 минуты 58 секунд (решение Козловского районного суда Чувашской Республики от 15.10.2021);</w:t>
            </w:r>
          </w:p>
        </w:tc>
        <w:tc>
          <w:tcPr>
            <w:tcW w:type="dxa" w:w="2880"/>
          </w:tcPr>
          <w:p>
            <w:r>
              <w:t>06.12.2021</w:t>
            </w:r>
          </w:p>
        </w:tc>
      </w:tr>
      <w:tr>
        <w:tc>
          <w:tcPr>
            <w:tcW w:type="dxa" w:w="2880"/>
          </w:tcPr>
          <w:p>
            <w:r>
              <w:t>5233.</w:t>
            </w:r>
          </w:p>
        </w:tc>
        <w:tc>
          <w:tcPr>
            <w:tcW w:type="dxa" w:w="2880"/>
          </w:tcPr>
          <w:p>
            <w:r>
              <w:t>Аудиофайл исполнителя Ансамбль Христа Спасителя и Мать Сыра Земля под названием: «Тебе запрещают», продолжительностью 2 минуты 43 секунды, начинающийся словами «Тебе запрещают войну и победу …» и заканчивающийся словами «П..ди, жги и вешай»,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5234.</w:t>
            </w:r>
          </w:p>
        </w:tc>
        <w:tc>
          <w:tcPr>
            <w:tcW w:type="dxa" w:w="2880"/>
          </w:tcPr>
          <w:p>
            <w:r>
              <w:t>Аудиофайл исполнителя Ансамбль Христа Спасителя и Мать Сыра Земля под названием: «Е..ть (е.и) феминисток», продолжительностью 3 минуты 07 секунд, начинающийся словами «Что сидишь кривоногая тварь…» и заканчивающийся словами «В ср..у, в п..ду и за щёку»,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5235.</w:t>
            </w:r>
          </w:p>
        </w:tc>
        <w:tc>
          <w:tcPr>
            <w:tcW w:type="dxa" w:w="2880"/>
          </w:tcPr>
          <w:p>
            <w:r>
              <w:t>Аудиофайл исполнителя Ансамбль Христа Спасителя и Мать Сыра Земля под названием: «К тебе едут», продолжительностью 2 минуты 51 секунда, начинающийся словами «К тебе едут и едут, и едут, и едут…» и заканчивающийся словами «Азербайджанцы, таджики, евреи! К тебе едут!»,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5236.</w:t>
            </w:r>
          </w:p>
        </w:tc>
        <w:tc>
          <w:tcPr>
            <w:tcW w:type="dxa" w:w="2880"/>
          </w:tcPr>
          <w:p>
            <w:r>
              <w:t>Аудиофайл исполнителя Ансамбль Христа Спасителя и Мать Сыра Земля под названием: «Ты спроси родную мать», продолжительностью 23 секунды, содержащий слова «Ты спроси родную мать: можно чурок убивать? И она ответит: «Можно. Можно чурок убивать»,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5237.</w:t>
            </w:r>
          </w:p>
        </w:tc>
        <w:tc>
          <w:tcPr>
            <w:tcW w:type="dxa" w:w="2880"/>
          </w:tcPr>
          <w:p>
            <w:r>
              <w:t>Аудиофайл исполнителя Ансамбль Христа Спасителя и Мать Сыра Земля под названием: «Путо капуто», продолжительностью 1 минуту 37 секунд, начинающийся словами «Эй, православные люди Руси…» и заканчивающийся словами «Путо капуто спаситель воскрес»,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5238.</w:t>
            </w:r>
          </w:p>
        </w:tc>
        <w:tc>
          <w:tcPr>
            <w:tcW w:type="dxa" w:w="2880"/>
          </w:tcPr>
          <w:p>
            <w:r>
              <w:t>Аудиофайл исполнителя Ансамбль Христа Спасителя и Мать Сыра Земля под названием: «Шовинизм», продолжительностью 2 минуты 09 секунд, начинающийся словами «Это то, для чего ты рожден (матерью)…» и заканчивающийся словами Шовинизм! Мракобесие! Черная сотня!»,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5239.</w:t>
            </w:r>
          </w:p>
        </w:tc>
        <w:tc>
          <w:tcPr>
            <w:tcW w:type="dxa" w:w="2880"/>
          </w:tcPr>
          <w:p>
            <w:r>
              <w:t>Аудиофайл исполнителя Ансамбль Христа Спасителя и Мать Сыра Земля под названием: «Вон», продолжительностью 1 минуту 41 секунду, начинающийся словами «Они стучатся в нашу дверь тук тук-тук…» и заканчивающийся словами «Гад буржуйский сволочь, д…ить при бабках и детях! Вон отсюда!»,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5240.</w:t>
            </w:r>
          </w:p>
        </w:tc>
        <w:tc>
          <w:tcPr>
            <w:tcW w:type="dxa" w:w="2880"/>
          </w:tcPr>
          <w:p>
            <w:r>
              <w:t>Аудиофайл исполнителя Ансамбль Христа Спасителя и Мать Сыра Земля под названием: «Обратный билет», продолжительностью 2 минуты 41 секунда, начинающийся словами «Отныне всем нелюдям мы запрещаем плодиться!...» и заканчивающийся словами «Отныне мы хочем смотреть лишь на белые лица!»,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5241.</w:t>
            </w:r>
          </w:p>
        </w:tc>
        <w:tc>
          <w:tcPr>
            <w:tcW w:type="dxa" w:w="2880"/>
          </w:tcPr>
          <w:p>
            <w:r>
              <w:t>Аудиофайл исполнителя Ансамбль Христа Спасителя и Мать Сыра Земля под названием: «Твой папа фашист», продолжительностью 3 минуты 36 секунд, начинающийся словами «Не могу я молчать и меня не унять…» и заканчивающийся словами «Так что слушайся старшего, детка моя»,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5242.</w:t>
            </w:r>
          </w:p>
        </w:tc>
        <w:tc>
          <w:tcPr>
            <w:tcW w:type="dxa" w:w="2880"/>
          </w:tcPr>
          <w:p>
            <w:r>
              <w:t>Аудиофайл исполнителя Ансамбль Христа Спасителя и Мать Сыра Земля под названием: «Убей демократа», продолжительностью 2 минуты 48 секунд, начинающийся словами «Демократия это х..я для свиней…» и заканчивающийся словами «Убей демократа! Убей депутата!»,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5243.</w:t>
            </w:r>
          </w:p>
        </w:tc>
        <w:tc>
          <w:tcPr>
            <w:tcW w:type="dxa" w:w="2880"/>
          </w:tcPr>
          <w:p>
            <w:r>
              <w:t>Аудиофайл исполнителя Ансамбль Христа Спасителя и Мать Сыра Земля под названием: «Православные», начинающийся словами «Православные лучше нехристей и вообще жидов…» и заканчивающийся словами «Кто, б.., падла тут, сильно грамотный, тот вообще б.. жид. Жид!»,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5244.</w:t>
            </w:r>
          </w:p>
        </w:tc>
        <w:tc>
          <w:tcPr>
            <w:tcW w:type="dxa" w:w="2880"/>
          </w:tcPr>
          <w:p>
            <w:r>
              <w:t>Информационный материал – в виде аудиозаписи исполнителя «Дон Поляков» с названием «ДОН ПОЛЯКОВ - АУЕ Жизнь ВОРАМ!!!» продолжительностью около 5 минут 02 секунд, которая начинается звуками музыки и русскими словами песни, исполняемой мужским голосом, «Эту тему я посвящаю отцам…», заканчивается словами «АУЕ – жизнь ворам, не забывайте их, не сладко уж там, не сладко там», содержащейся в информационно-коммуникационной сети «Интернет» (решение Ленинского районного суда г. Севастополя от 20.09.2021);</w:t>
            </w:r>
          </w:p>
        </w:tc>
        <w:tc>
          <w:tcPr>
            <w:tcW w:type="dxa" w:w="2880"/>
          </w:tcPr>
          <w:p>
            <w:r>
              <w:t>06.12.2021</w:t>
            </w:r>
          </w:p>
        </w:tc>
      </w:tr>
      <w:tr>
        <w:tc>
          <w:tcPr>
            <w:tcW w:type="dxa" w:w="2880"/>
          </w:tcPr>
          <w:p>
            <w:r>
              <w:t>5245.</w:t>
            </w:r>
          </w:p>
        </w:tc>
        <w:tc>
          <w:tcPr>
            <w:tcW w:type="dxa" w:w="2880"/>
          </w:tcPr>
          <w:p>
            <w:r>
              <w:t>Видеозапись под названием «Battlefield 3 –Убей американца» продолжительностью 04 минуты 02 секунды, начинающаяся демонстрацией флага США с изображением на нем квадратно – наклонной нацистской свастики, продолжающаяся изображением фотографии Джорджа Уокера Буша, а также демонстрацией боевых действий, совершаемых в ходе видеоигры, заканчивающаяся изображением гробов, накрытых флагами США, сопровождающаяся музыкальным произведением, начинающимся словами «Эта песня посвящается Джорджу Бушу младшему…» и заканчивающимся словами «…грязные танцы» (решение Горно-Алтайского городского суда Республики Алтай от 19.10.2021);</w:t>
            </w:r>
          </w:p>
        </w:tc>
        <w:tc>
          <w:tcPr>
            <w:tcW w:type="dxa" w:w="2880"/>
          </w:tcPr>
          <w:p>
            <w:r>
              <w:t>06.12.2021</w:t>
            </w:r>
          </w:p>
        </w:tc>
      </w:tr>
      <w:tr>
        <w:tc>
          <w:tcPr>
            <w:tcW w:type="dxa" w:w="2880"/>
          </w:tcPr>
          <w:p>
            <w:r>
              <w:t>5246.</w:t>
            </w:r>
          </w:p>
        </w:tc>
        <w:tc>
          <w:tcPr>
            <w:tcW w:type="dxa" w:w="2880"/>
          </w:tcPr>
          <w:p>
            <w:r>
              <w:t>Книга автора Алексея Ледяева «Новый мировой порядок/New Word Order», авторского издательства ISBN 9984-9380-5-0, 2002 года издания на 44 листах (решение Центрального районного суда г. Кемерово от 02.08.2021);</w:t>
            </w:r>
          </w:p>
        </w:tc>
        <w:tc>
          <w:tcPr>
            <w:tcW w:type="dxa" w:w="2880"/>
          </w:tcPr>
          <w:p>
            <w:r>
              <w:t>27.12.2021</w:t>
            </w:r>
          </w:p>
        </w:tc>
      </w:tr>
      <w:tr>
        <w:tc>
          <w:tcPr>
            <w:tcW w:type="dxa" w:w="2880"/>
          </w:tcPr>
          <w:p>
            <w:r>
              <w:t>5247.</w:t>
            </w:r>
          </w:p>
        </w:tc>
        <w:tc>
          <w:tcPr>
            <w:tcW w:type="dxa" w:w="2880"/>
          </w:tcPr>
          <w:p>
            <w:r>
              <w:t>Видеозапись под названием «Уильям Пирс - правда о жи…х, длительностью 14 минут 51 секунда, начинающаяся со слов «Здравствуйте, временами по завершению очередной радиобеседы» и заканчивающаяся словами «потому что есть еще те, кто отрицает Холокост»,  размещенная в информационно-телекоммуникационной сети «Интернет» (решение Майкопского городского суда Республики Адыгея от 19.08.2021);</w:t>
            </w:r>
          </w:p>
        </w:tc>
        <w:tc>
          <w:tcPr>
            <w:tcW w:type="dxa" w:w="2880"/>
          </w:tcPr>
          <w:p>
            <w:r>
              <w:t>27.12.2021</w:t>
            </w:r>
          </w:p>
        </w:tc>
      </w:tr>
      <w:tr>
        <w:tc>
          <w:tcPr>
            <w:tcW w:type="dxa" w:w="2880"/>
          </w:tcPr>
          <w:p>
            <w:r>
              <w:t>5248.</w:t>
            </w:r>
          </w:p>
        </w:tc>
        <w:tc>
          <w:tcPr>
            <w:tcW w:type="dxa" w:w="2880"/>
          </w:tcPr>
          <w:p>
            <w:r>
              <w:t>Информационный материал - видеозапись неизвестного исполнителя под названиями «Дима Князь х Дон Поляков - АУЕ Жизнь Ворам-1», «Дима Князь х Дон Поляков - АУЕ Жизнь Ворам», «Дон Поляков и Дима Князь - АУЕ Жизнь Ворам» продолжительностью от 5 минут 37 секунд до 5 минут 43 секунд, начинающаяся со слов: «Здесь (всё, что есть) … всё было ровно, достойное жизни, тебе помолюсь, братка, держись…» и заканчивающаяся словами: «Не забывайте их, не сладко уж та-ам, не сладко там, там, там, там» (решение Октябрьского районного суда города Ставрополя Ставропольского края от 14.10.2021);</w:t>
            </w:r>
          </w:p>
        </w:tc>
        <w:tc>
          <w:tcPr>
            <w:tcW w:type="dxa" w:w="2880"/>
          </w:tcPr>
          <w:p>
            <w:r>
              <w:t>27.12.2021</w:t>
            </w:r>
          </w:p>
        </w:tc>
      </w:tr>
      <w:tr>
        <w:tc>
          <w:tcPr>
            <w:tcW w:type="dxa" w:w="2880"/>
          </w:tcPr>
          <w:p>
            <w:r>
              <w:t>5249.</w:t>
            </w:r>
          </w:p>
        </w:tc>
        <w:tc>
          <w:tcPr>
            <w:tcW w:type="dxa" w:w="2880"/>
          </w:tcPr>
          <w:p>
            <w:r>
              <w:t>Информационный материал - видеоролик «Методичка по революции (Часть 2). Наша Цель и наше будущее» (продолжительностью около 35 минут 21 секунды), в начале ролика появляется выполненный буквами красного цвета на белом фоне заголовок вышеназванного содержания, затем мужчина в камуфляжной маске, речь которого начинается со слов «Итак, «Методичка по революции, часть 2. Наша цель и наше будущее», и в завершении которого показана картина с изображением людей, смотрящих на город футуристичного вида, и голос за кадром произносит слова «…если мы все соберемся, мы сможем сделать, создать великую Россию будущего. Присоединяйтесь к нам!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5250.</w:t>
            </w:r>
          </w:p>
        </w:tc>
        <w:tc>
          <w:tcPr>
            <w:tcW w:type="dxa" w:w="2880"/>
          </w:tcPr>
          <w:p>
            <w:r>
              <w:t>Информационный материал - видеоролик «Обращение к офицерам РВСН» (продолжительностью около 11 минут 28 секунд), в начале которого мужчина в камуфляжной маске произносит слова «Обращение к офицерам РВСН от народного ополчения организации народного порядка» и в завершении которого им произносятся слова «…от распространенности идеи народного порядка будет зависеть молниеносность народно-освободительных действий.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5251.</w:t>
            </w:r>
          </w:p>
        </w:tc>
        <w:tc>
          <w:tcPr>
            <w:tcW w:type="dxa" w:w="2880"/>
          </w:tcPr>
          <w:p>
            <w:r>
              <w:t>Информационный материал - видеоролик «Россия на краю гибели, если не организуемся-пропадём» (продолжительностью около 24 минут 31 секунды), в начале которого мужчина в камуфляжной маске произносит слова «Здравствуйте! То, о чем говорится в этом видео многие знали и раньше…», а в завершении «… Все в твоих руках. Стань частью силы!»,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5252.</w:t>
            </w:r>
          </w:p>
        </w:tc>
        <w:tc>
          <w:tcPr>
            <w:tcW w:type="dxa" w:w="2880"/>
          </w:tcPr>
          <w:p>
            <w:r>
              <w:t>Электронная книга «Озарение» (изд.декабрь 2019 г., авторы «Абу Мансур Руси», «Абу Ахмад Дагестани») (решение Таганского районного суда г. Москвы от 29.06.2021);</w:t>
            </w:r>
          </w:p>
        </w:tc>
        <w:tc>
          <w:tcPr>
            <w:tcW w:type="dxa" w:w="2880"/>
          </w:tcPr>
          <w:p>
            <w:r>
              <w:t>27.12.2021</w:t>
            </w:r>
          </w:p>
        </w:tc>
      </w:tr>
      <w:tr>
        <w:tc>
          <w:tcPr>
            <w:tcW w:type="dxa" w:w="2880"/>
          </w:tcPr>
          <w:p>
            <w:r>
              <w:t>5253.</w:t>
            </w:r>
          </w:p>
        </w:tc>
        <w:tc>
          <w:tcPr>
            <w:tcW w:type="dxa" w:w="2880"/>
          </w:tcPr>
          <w:p>
            <w:r>
              <w:t>Видеозапись под названием «Чистота крови», длительностью 2 минут 30 секунда, начинающаяся со слов «если это любовь» и заканчивающаяся словами «мои дети росли с правильными ценностями», размещенная в информационно-телекоммуникационной сети «Интернет» (решение Майкопского городского суда Республики Адыгея от 08.09.2021);</w:t>
            </w:r>
          </w:p>
        </w:tc>
        <w:tc>
          <w:tcPr>
            <w:tcW w:type="dxa" w:w="2880"/>
          </w:tcPr>
          <w:p>
            <w:r>
              <w:t>27.12.2021</w:t>
            </w:r>
          </w:p>
        </w:tc>
      </w:tr>
      <w:tr>
        <w:tc>
          <w:tcPr>
            <w:tcW w:type="dxa" w:w="2880"/>
          </w:tcPr>
          <w:p>
            <w:r>
              <w:t>5254.</w:t>
            </w:r>
          </w:p>
        </w:tc>
        <w:tc>
          <w:tcPr>
            <w:tcW w:type="dxa" w:w="2880"/>
          </w:tcPr>
          <w:p>
            <w:r>
              <w:t>Журналы «Аль - Ваъй» № 349, 356-357, 358, 359, 360, 361, 362, 363, 364, 365, размещенные в сети «Интернет», за исключением сур, аятов и цитат из Корана, содержащихся в них (решение Орджоникидзевского районного суда г. Уфы Республики Башкортостан от 01.09.2021);</w:t>
            </w:r>
          </w:p>
        </w:tc>
        <w:tc>
          <w:tcPr>
            <w:tcW w:type="dxa" w:w="2880"/>
          </w:tcPr>
          <w:p>
            <w:r>
              <w:t>12.01.2022</w:t>
            </w:r>
          </w:p>
        </w:tc>
      </w:tr>
      <w:tr>
        <w:tc>
          <w:tcPr>
            <w:tcW w:type="dxa" w:w="2880"/>
          </w:tcPr>
          <w:p>
            <w:r>
              <w:t>5255.</w:t>
            </w:r>
          </w:p>
        </w:tc>
        <w:tc>
          <w:tcPr>
            <w:tcW w:type="dxa" w:w="2880"/>
          </w:tcPr>
          <w:p>
            <w:r>
              <w:t>Аудиозапись под названием «Честный Жизнь ворам» (другие названия «Жизнь ворам, а не мусорам», «SELETSKIY PRODACTION Честный – Жизнь ворам», «Честный ЖИЗНЬ ВОРАМ, А НЕ МУСОРАМ») продолжительностью 02 минуты 06 секунд (решение Ленинского районного суда г. Ульяновска от 22.10.2021);</w:t>
            </w:r>
          </w:p>
        </w:tc>
        <w:tc>
          <w:tcPr>
            <w:tcW w:type="dxa" w:w="2880"/>
          </w:tcPr>
          <w:p>
            <w:r>
              <w:t>12.01.2022</w:t>
            </w:r>
          </w:p>
        </w:tc>
      </w:tr>
      <w:tr>
        <w:tc>
          <w:tcPr>
            <w:tcW w:type="dxa" w:w="2880"/>
          </w:tcPr>
          <w:p>
            <w:r>
              <w:t>5256.</w:t>
            </w:r>
          </w:p>
        </w:tc>
        <w:tc>
          <w:tcPr>
            <w:tcW w:type="dxa" w:w="2880"/>
          </w:tcPr>
          <w:p>
            <w:r>
              <w:t>Приложение «JW Library», авторские права на которое принадлежат юридическому лицу по законодательству Соединенных Штатов Америки - «Общество Сторожевой Башни, Библии и трактатов Пенсильвании», провайдером которого является юридическое лицо по законодательству Соединенных Штатов Америки зарегистрированная организация «Общество Сторожевой Башни, Библий, и трактатов, Нью-Йорк (решение Октябрьского районного суда Санкт-Петербурга от 31.03.2021, апелляционное определение судебной коллегии по административным делам Санкт-Петербургского городского суда от 27.09.2021 и кассационное определение судебной коллегии по административным делам Третьего кассационного суда общей юрисдикции от 20.04.2022);</w:t>
            </w:r>
          </w:p>
        </w:tc>
        <w:tc>
          <w:tcPr>
            <w:tcW w:type="dxa" w:w="2880"/>
          </w:tcPr>
          <w:p>
            <w:r>
              <w:t>12.01.2022</w:t>
            </w:r>
          </w:p>
        </w:tc>
      </w:tr>
      <w:tr>
        <w:tc>
          <w:tcPr>
            <w:tcW w:type="dxa" w:w="2880"/>
          </w:tcPr>
          <w:p>
            <w:r>
              <w:t>5257.</w:t>
            </w:r>
          </w:p>
        </w:tc>
        <w:tc>
          <w:tcPr>
            <w:tcW w:type="dxa" w:w="2880"/>
          </w:tcPr>
          <w:p>
            <w:r>
              <w:t>Информационный материал – аудиозапись (музыкальное произведение) «Ночь длинных ножей» исполнителя «ДИВ» продолжительностью  04 мин. 41 сек., начало песни: «Чувствуй зло и спаси свой крест», припев: «Выпусти зло и терпенью конец», окончание: «Убей их всех!» (решение Клинского городского суда Московской области от 11.11.2021);</w:t>
            </w:r>
          </w:p>
        </w:tc>
        <w:tc>
          <w:tcPr>
            <w:tcW w:type="dxa" w:w="2880"/>
          </w:tcPr>
          <w:p>
            <w:r>
              <w:t>08.02.2022</w:t>
            </w:r>
          </w:p>
        </w:tc>
      </w:tr>
      <w:tr>
        <w:tc>
          <w:tcPr>
            <w:tcW w:type="dxa" w:w="2880"/>
          </w:tcPr>
          <w:p>
            <w:r>
              <w:t>5258.</w:t>
            </w:r>
          </w:p>
        </w:tc>
        <w:tc>
          <w:tcPr>
            <w:tcW w:type="dxa" w:w="2880"/>
          </w:tcPr>
          <w:p>
            <w:r>
              <w:t>Музыкальная композиция под названием «Плотная зига», начинающаяся словами «Зиги, зига! А! Пацаны кидают палки, я кидаю зиги…», заканчивающаяся словами «….этому нига…» (решение Дзержинского районного суда г. Волгограда от 17.11.2021);</w:t>
            </w:r>
          </w:p>
        </w:tc>
        <w:tc>
          <w:tcPr>
            <w:tcW w:type="dxa" w:w="2880"/>
          </w:tcPr>
          <w:p>
            <w:r>
              <w:t>08.02.2022</w:t>
            </w:r>
          </w:p>
        </w:tc>
      </w:tr>
      <w:tr>
        <w:tc>
          <w:tcPr>
            <w:tcW w:type="dxa" w:w="2880"/>
          </w:tcPr>
          <w:p>
            <w:r>
              <w:t>5259.</w:t>
            </w:r>
          </w:p>
        </w:tc>
        <w:tc>
          <w:tcPr>
            <w:tcW w:type="dxa" w:w="2880"/>
          </w:tcPr>
          <w:p>
            <w:r>
              <w:t>Аудиозапись и текст музыкальной композиции под названием «Электрические партизаны – Жить без власти» продолжительностью от 04 мин. 21 сек. до 04 мин. 22 сек., начинающийся словами: «В этот пасмурный день будет жарко, народ и менты – стенку на стенку…» и заканчивающейся словами: «… Давайте научимся жить без нее, жить без нее, жить без нее, жить без нее, жить без нее» (решение Железнодорожного районного суда г. Пензы от 25.11.2021);</w:t>
            </w:r>
          </w:p>
        </w:tc>
        <w:tc>
          <w:tcPr>
            <w:tcW w:type="dxa" w:w="2880"/>
          </w:tcPr>
          <w:p>
            <w:r>
              <w:t>08.02.2022</w:t>
            </w:r>
          </w:p>
        </w:tc>
      </w:tr>
      <w:tr>
        <w:tc>
          <w:tcPr>
            <w:tcW w:type="dxa" w:w="2880"/>
          </w:tcPr>
          <w:p>
            <w:r>
              <w:t>5260.</w:t>
            </w:r>
          </w:p>
        </w:tc>
        <w:tc>
          <w:tcPr>
            <w:tcW w:type="dxa" w:w="2880"/>
          </w:tcPr>
          <w:p>
            <w:r>
              <w:t>Информационный материал – аудиозапись под названием «Белая раса» (продолжительность 03 мин. 36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5261.</w:t>
            </w:r>
          </w:p>
        </w:tc>
        <w:tc>
          <w:tcPr>
            <w:tcW w:type="dxa" w:w="2880"/>
          </w:tcPr>
          <w:p>
            <w:r>
              <w:t>Информационный материал – аудиозапись под названием «Понаехали тут!» (продолжительность 5 мин. 00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5262.</w:t>
            </w:r>
          </w:p>
        </w:tc>
        <w:tc>
          <w:tcPr>
            <w:tcW w:type="dxa" w:w="2880"/>
          </w:tcPr>
          <w:p>
            <w:r>
              <w:t>Информационный материал – аудиозапись под названием «Наказанный хач» (продолжительность 3 мин. 45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5263.</w:t>
            </w:r>
          </w:p>
        </w:tc>
        <w:tc>
          <w:tcPr>
            <w:tcW w:type="dxa" w:w="2880"/>
          </w:tcPr>
          <w:p>
            <w:r>
              <w:t>Музыкальная композиция под названием «Бэзил – Мочи», начинающаяся словами «Беда не Россия….», заканчивающаяся словами «…Мочи!», продолжительностью 1 минута 42 секунды (решение Дзержинского районного суда гор. Волгограда от 27.12.2021);</w:t>
            </w:r>
          </w:p>
        </w:tc>
        <w:tc>
          <w:tcPr>
            <w:tcW w:type="dxa" w:w="2880"/>
          </w:tcPr>
          <w:p>
            <w:r>
              <w:t>02.03.2022</w:t>
            </w:r>
          </w:p>
        </w:tc>
      </w:tr>
      <w:tr>
        <w:tc>
          <w:tcPr>
            <w:tcW w:type="dxa" w:w="2880"/>
          </w:tcPr>
          <w:p>
            <w:r>
              <w:t>5264.</w:t>
            </w:r>
          </w:p>
        </w:tc>
        <w:tc>
          <w:tcPr>
            <w:tcW w:type="dxa" w:w="2880"/>
          </w:tcPr>
          <w:p>
            <w:r>
              <w:t>Видеофайл с названием «Исусьи Шлепки», продолжительностью 05 мин. 51 сек., начинающейся демонстрацией видеозаписи в виде мультипликационного (анимационного) фильма с изображением древа (дерева) на первом плане и нескольких холмов на втором плане, по одному из которых идут несколько человек, облаченных в одеяния схожие с хитонами, ведущих диалог, начинающийся словами «А потом мне приснилось, что «Иуда» продаст тебя  …», и заканчивающийся изображением под музыкальное сопровождение похожее на звук музыкального инструмента «волынка» крупным планом мужчины с бородой и усами, облаченного в одеяние состоящего из двух цветов - белого и синего, схожее с хитоном, который развел свои руки по сторонам обратив ладони к небу, переходящее в изображение крупным планом лица того же мужчины на фоне, состоящего их серого и оранжевого цветов, изображающих небо (решение Новгородского районного суда Новгородской области от 29.12.2021);</w:t>
            </w:r>
          </w:p>
        </w:tc>
        <w:tc>
          <w:tcPr>
            <w:tcW w:type="dxa" w:w="2880"/>
          </w:tcPr>
          <w:p>
            <w:r>
              <w:t>02.03.2022</w:t>
            </w:r>
          </w:p>
        </w:tc>
      </w:tr>
      <w:tr>
        <w:tc>
          <w:tcPr>
            <w:tcW w:type="dxa" w:w="2880"/>
          </w:tcPr>
          <w:p>
            <w:r>
              <w:t>5265.</w:t>
            </w:r>
          </w:p>
        </w:tc>
        <w:tc>
          <w:tcPr>
            <w:tcW w:type="dxa" w:w="2880"/>
          </w:tcPr>
          <w:p>
            <w:r>
              <w:t>Информационный материал – видеофайл под названием «Запрещенное дело. Из речи А.Гитлера», начинающийся словами «Да, Германия была демократией, до нас» и заканчивающийся словами «Сделайте правду эпидемией», продолжительностью 06 минут 13 секунд, размещенный в сети «Интернет» (решение Братского городского суда Иркутской области от 10.12.2021);</w:t>
            </w:r>
          </w:p>
        </w:tc>
        <w:tc>
          <w:tcPr>
            <w:tcW w:type="dxa" w:w="2880"/>
          </w:tcPr>
          <w:p>
            <w:r>
              <w:t>02.03.2022</w:t>
            </w:r>
          </w:p>
        </w:tc>
      </w:tr>
      <w:tr>
        <w:tc>
          <w:tcPr>
            <w:tcW w:type="dxa" w:w="2880"/>
          </w:tcPr>
          <w:p>
            <w:r>
              <w:t>5266.</w:t>
            </w:r>
          </w:p>
        </w:tc>
        <w:tc>
          <w:tcPr>
            <w:tcW w:type="dxa" w:w="2880"/>
          </w:tcPr>
          <w:p>
            <w:r>
              <w:t>Видеоролик под наименованием «Судья Грэмм (1 серия)», продолжительностью 6 минут (решение Набережночелнинского городского суда Республики Татарстан от 28.12.2021);</w:t>
            </w:r>
          </w:p>
        </w:tc>
        <w:tc>
          <w:tcPr>
            <w:tcW w:type="dxa" w:w="2880"/>
          </w:tcPr>
          <w:p>
            <w:r>
              <w:t>02.03.2022</w:t>
            </w:r>
          </w:p>
        </w:tc>
      </w:tr>
      <w:tr>
        <w:tc>
          <w:tcPr>
            <w:tcW w:type="dxa" w:w="2880"/>
          </w:tcPr>
          <w:p>
            <w:r>
              <w:t>5267.</w:t>
            </w:r>
          </w:p>
        </w:tc>
        <w:tc>
          <w:tcPr>
            <w:tcW w:type="dxa" w:w="2880"/>
          </w:tcPr>
          <w:p>
            <w:r>
              <w:t>Текстовый материал с заголовком «Из книги Берл Лазара «Еврейская Россия», начинающийся со слов: «В одном из наших разговоров Путин сказал мне: «Ребе, я подумываю максимально увеличить миграцию гоев из средней Азии и Кавказа, дать зеленый свет китайцам и вьетнамцам, пустить их в одночасье и вручить им намного больше прав, чем русским гоям…» и заканчивающейся словами «…Так я никогда не ставил себя выше него, не затрагивая его амбиции, и между нами никогда не возникало недопониманий», размещенный в информационно-телекоммуникационной сети «Интернет» (решение Сыктывкарского городского суда Республики Коми от 17.01.2022 и определения Сыктывкарского городского суда Республики Коми от 17.01.2022 и от 02.02.2022);</w:t>
            </w:r>
          </w:p>
        </w:tc>
        <w:tc>
          <w:tcPr>
            <w:tcW w:type="dxa" w:w="2880"/>
          </w:tcPr>
          <w:p>
            <w:r>
              <w:t>29.03.2022</w:t>
            </w:r>
          </w:p>
        </w:tc>
      </w:tr>
      <w:tr>
        <w:tc>
          <w:tcPr>
            <w:tcW w:type="dxa" w:w="2880"/>
          </w:tcPr>
          <w:p>
            <w:r>
              <w:t>5268.</w:t>
            </w:r>
          </w:p>
        </w:tc>
        <w:tc>
          <w:tcPr>
            <w:tcW w:type="dxa" w:w="2880"/>
          </w:tcPr>
          <w:p>
            <w:r>
              <w:t>Аудиозапись «SturmRise - Бритоголовые» общей продолжительностью 04 минуты 15 секунд, начинающаяся фразой «Ты проходишь по улицам странно чужой Москвы…» и заканчивающаяся фразой «…Ты бритоголовый арийский герой. Ой!» (решение Советского районного суда г. Орла от 14.01.2022);</w:t>
            </w:r>
          </w:p>
        </w:tc>
        <w:tc>
          <w:tcPr>
            <w:tcW w:type="dxa" w:w="2880"/>
          </w:tcPr>
          <w:p>
            <w:r>
              <w:t>29.03.2022</w:t>
            </w:r>
          </w:p>
        </w:tc>
      </w:tr>
      <w:tr>
        <w:tc>
          <w:tcPr>
            <w:tcW w:type="dxa" w:w="2880"/>
          </w:tcPr>
          <w:p>
            <w:r>
              <w:t>5269.</w:t>
            </w:r>
          </w:p>
        </w:tc>
        <w:tc>
          <w:tcPr>
            <w:tcW w:type="dxa" w:w="2880"/>
          </w:tcPr>
          <w:p>
            <w:r>
              <w:t>Текст книги «Библия Сатаны», изданной тиражом 166 экземпляров, Древний город: Общество Создания Смерти, 2009 г. на 666 страницах (решение Октябрьского районного суда Санкт-Петербурга от 19.10.2021);</w:t>
            </w:r>
          </w:p>
        </w:tc>
        <w:tc>
          <w:tcPr>
            <w:tcW w:type="dxa" w:w="2880"/>
          </w:tcPr>
          <w:p>
            <w:r>
              <w:t>12.04.2022</w:t>
            </w:r>
          </w:p>
        </w:tc>
      </w:tr>
      <w:tr>
        <w:tc>
          <w:tcPr>
            <w:tcW w:type="dxa" w:w="2880"/>
          </w:tcPr>
          <w:p>
            <w:r>
              <w:t>5270.</w:t>
            </w:r>
          </w:p>
        </w:tc>
        <w:tc>
          <w:tcPr>
            <w:tcW w:type="dxa" w:w="2880"/>
          </w:tcPr>
          <w:p>
            <w:r>
              <w:t>Журнал под наименованием «ИСТОК №1 «До тех пор, пока вы не вернетесь к своей религии» в количестве 24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5271.</w:t>
            </w:r>
          </w:p>
        </w:tc>
        <w:tc>
          <w:tcPr>
            <w:tcW w:type="dxa" w:w="2880"/>
          </w:tcPr>
          <w:p>
            <w:r>
              <w:t>Журнал под наименованием «ИСТОК «ШАВАЛЬ 1436г. Х 2 ВЫПУСК» в количестве 44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5272.</w:t>
            </w:r>
          </w:p>
        </w:tc>
        <w:tc>
          <w:tcPr>
            <w:tcW w:type="dxa" w:w="2880"/>
          </w:tcPr>
          <w:p>
            <w:r>
              <w:t>Аудиозапись исполнителя «Death Penalty» под названием «Машина Террора» длительностью 2 мин. 33 сек., начинающаяся со слов «Мы сбросили все оковы морали…», и заканчивающаяся словами «…время пришло разобраться с врагом…», размещенная в сети «Интернет» (решение Центрального районного суда г. Тулы от 01.02.2022);</w:t>
            </w:r>
          </w:p>
        </w:tc>
        <w:tc>
          <w:tcPr>
            <w:tcW w:type="dxa" w:w="2880"/>
          </w:tcPr>
          <w:p>
            <w:r>
              <w:t>12.04.2022</w:t>
            </w:r>
          </w:p>
        </w:tc>
      </w:tr>
      <w:tr>
        <w:tc>
          <w:tcPr>
            <w:tcW w:type="dxa" w:w="2880"/>
          </w:tcPr>
          <w:p>
            <w:r>
              <w:t>5273.</w:t>
            </w:r>
          </w:p>
        </w:tc>
        <w:tc>
          <w:tcPr>
            <w:tcW w:type="dxa" w:w="2880"/>
          </w:tcPr>
          <w:p>
            <w:r>
              <w:t>Информационный материал – аудиозапись (музыкальное произведение) «Белая Братия» исполнителя «Молодежь Туле» продолжительностью 04 мин. 16 сек., начало песни: «Весь этот свет, этот белый мир», окончание: «Справедливость наказания!» (решение Лобненского городского суда Московской области от 28.12.2021);</w:t>
            </w:r>
          </w:p>
        </w:tc>
        <w:tc>
          <w:tcPr>
            <w:tcW w:type="dxa" w:w="2880"/>
          </w:tcPr>
          <w:p>
            <w:r>
              <w:t>12.04.2022</w:t>
            </w:r>
          </w:p>
        </w:tc>
      </w:tr>
      <w:tr>
        <w:tc>
          <w:tcPr>
            <w:tcW w:type="dxa" w:w="2880"/>
          </w:tcPr>
          <w:p>
            <w:r>
              <w:t>5274.</w:t>
            </w:r>
          </w:p>
        </w:tc>
        <w:tc>
          <w:tcPr>
            <w:tcW w:type="dxa" w:w="2880"/>
          </w:tcPr>
          <w:p>
            <w:r>
              <w:t>Информационный материал – аудиозапись (музыкальное произведение) «Прирожденный скинхед» исполнителя «Белый террор» продолжительностью 01 мин. 47 сек., начало песни: «Рожденный белым!», окончание: «Уверен что раса когда-нибудь восстанет и все население белым станет!» (решение Лобненского городского суда Московской области от 28.12.2021);</w:t>
            </w:r>
          </w:p>
        </w:tc>
        <w:tc>
          <w:tcPr>
            <w:tcW w:type="dxa" w:w="2880"/>
          </w:tcPr>
          <w:p>
            <w:r>
              <w:t>12.04.2022</w:t>
            </w:r>
          </w:p>
        </w:tc>
      </w:tr>
      <w:tr>
        <w:tc>
          <w:tcPr>
            <w:tcW w:type="dxa" w:w="2880"/>
          </w:tcPr>
          <w:p>
            <w:r>
              <w:t>5275.</w:t>
            </w:r>
          </w:p>
        </w:tc>
        <w:tc>
          <w:tcPr>
            <w:tcW w:type="dxa" w:w="2880"/>
          </w:tcPr>
          <w:p>
            <w:r>
              <w:t>Информационный материал – аудиозапись (музыкальное произведение) «Снова в бой» исполнителя «Банда Москвы» продолжительностью 02 мин. 33 сек., начало песни: «Он не отступит никогда», окончание: «И значит снова в бой» (решение Лобненского городского суда Московской области от 28.12.2021);</w:t>
            </w:r>
          </w:p>
        </w:tc>
        <w:tc>
          <w:tcPr>
            <w:tcW w:type="dxa" w:w="2880"/>
          </w:tcPr>
          <w:p>
            <w:r>
              <w:t>12.04.2022</w:t>
            </w:r>
          </w:p>
        </w:tc>
      </w:tr>
      <w:tr>
        <w:tc>
          <w:tcPr>
            <w:tcW w:type="dxa" w:w="2880"/>
          </w:tcPr>
          <w:p>
            <w:r>
              <w:t>5276.</w:t>
            </w:r>
          </w:p>
        </w:tc>
        <w:tc>
          <w:tcPr>
            <w:tcW w:type="dxa" w:w="2880"/>
          </w:tcPr>
          <w:p>
            <w:r>
              <w:t>Статья (публикация) под названием «Герои нашего времени», автор AWDR, с текстом, начинающимся словами: «Их называют Святыми. Они-новые герои белой расы.» и заканчивающийся словами: «Будьте готовы к любому исходу операции. Все остальное зависит от вас.», размещенная в информационно-коммуникационной сети «Интернет» (решение Железнодорожного районного суда г. Ульяновска от 16.02.2022);</w:t>
            </w:r>
          </w:p>
        </w:tc>
        <w:tc>
          <w:tcPr>
            <w:tcW w:type="dxa" w:w="2880"/>
          </w:tcPr>
          <w:p>
            <w:r>
              <w:t>12.04.2022</w:t>
            </w:r>
          </w:p>
        </w:tc>
      </w:tr>
      <w:tr>
        <w:tc>
          <w:tcPr>
            <w:tcW w:type="dxa" w:w="2880"/>
          </w:tcPr>
          <w:p>
            <w:r>
              <w:t>5277.</w:t>
            </w:r>
          </w:p>
        </w:tc>
        <w:tc>
          <w:tcPr>
            <w:tcW w:type="dxa" w:w="2880"/>
          </w:tcPr>
          <w:p>
            <w:r>
              <w:t>Информационный материал - аудиофайл под названием «Москва без чурок» неизвестного исполнителя, продолжительностью 1 минута 52 секунды, начинающийся со слов «Москва без чурок…» и заканчивающийся словами «…за это убийство ответят ваши дети», распространенный в сети «Интернет» (решение Данковского городского суда Липецкой области от 08.10.2021);</w:t>
            </w:r>
          </w:p>
        </w:tc>
        <w:tc>
          <w:tcPr>
            <w:tcW w:type="dxa" w:w="2880"/>
          </w:tcPr>
          <w:p>
            <w:r>
              <w:t>12.04.2022</w:t>
            </w:r>
          </w:p>
        </w:tc>
      </w:tr>
      <w:tr>
        <w:tc>
          <w:tcPr>
            <w:tcW w:type="dxa" w:w="2880"/>
          </w:tcPr>
          <w:p>
            <w:r>
              <w:t>5278.</w:t>
            </w:r>
          </w:p>
        </w:tc>
        <w:tc>
          <w:tcPr>
            <w:tcW w:type="dxa" w:w="2880"/>
          </w:tcPr>
          <w:p>
            <w:r>
              <w:t>Cтатья Б. Стомахина «Российско-украинская война», начинающаяся со слов «На Грузию в 2008 году русские вояки напали под шумок олимпиады в Пекине», заканчивающаяся словами «…Туда и дорога!» (решение Центрального районного суда г. Барнаула Алтайского края от 10.02.2022);</w:t>
            </w:r>
          </w:p>
        </w:tc>
        <w:tc>
          <w:tcPr>
            <w:tcW w:type="dxa" w:w="2880"/>
          </w:tcPr>
          <w:p>
            <w:r>
              <w:t>27.04.2022</w:t>
            </w:r>
          </w:p>
        </w:tc>
      </w:tr>
      <w:tr>
        <w:tc>
          <w:tcPr>
            <w:tcW w:type="dxa" w:w="2880"/>
          </w:tcPr>
          <w:p>
            <w:r>
              <w:t>5279.</w:t>
            </w:r>
          </w:p>
        </w:tc>
        <w:tc>
          <w:tcPr>
            <w:tcW w:type="dxa" w:w="2880"/>
          </w:tcPr>
          <w:p>
            <w:r>
              <w:t>Информационный материал в виде текстового файла автора Боровских О.М., именуемый «Россия и Украина – небольшой ликбез по истории», начинающийся словами: «К сожалению – русские довольно плохо знают свою историю. Украинца, как правило – не знают ее совсем» и заканчивающийся словами: «Хотите чтобы люди были о вас другого мнения – станьте другими…» (решение Валдайского районного суда Новгородской области от 10.02.2022);</w:t>
            </w:r>
          </w:p>
        </w:tc>
        <w:tc>
          <w:tcPr>
            <w:tcW w:type="dxa" w:w="2880"/>
          </w:tcPr>
          <w:p>
            <w:r>
              <w:t>27.04.2022</w:t>
            </w:r>
          </w:p>
        </w:tc>
      </w:tr>
      <w:tr>
        <w:tc>
          <w:tcPr>
            <w:tcW w:type="dxa" w:w="2880"/>
          </w:tcPr>
          <w:p>
            <w:r>
              <w:t>5280.</w:t>
            </w:r>
          </w:p>
        </w:tc>
        <w:tc>
          <w:tcPr>
            <w:tcW w:type="dxa" w:w="2880"/>
          </w:tcPr>
          <w:p>
            <w:r>
              <w:t>Информационный материал – электронная книга под названием «Ночь Сварога», автора, использующего псевдоним «Suncharion», состоящая из «Предисловия» и 11 Глав, начинающаяся словами: «Книга 1. Предисловие. «Тот, кто живет в прошлом, может потерять настоящее, .…» и заканчивающаяся словами «… И коммунизм и капитализм практически всецело находятся в еврейских руках», за исключением цитат из Библии и Танаха (решение Звениговского районного суда Республики Марий Эл от 15.02.2022);</w:t>
            </w:r>
          </w:p>
        </w:tc>
        <w:tc>
          <w:tcPr>
            <w:tcW w:type="dxa" w:w="2880"/>
          </w:tcPr>
          <w:p>
            <w:r>
              <w:t>27.04.2022</w:t>
            </w:r>
          </w:p>
        </w:tc>
      </w:tr>
      <w:tr>
        <w:tc>
          <w:tcPr>
            <w:tcW w:type="dxa" w:w="2880"/>
          </w:tcPr>
          <w:p>
            <w:r>
              <w:t>5281.</w:t>
            </w:r>
          </w:p>
        </w:tc>
        <w:tc>
          <w:tcPr>
            <w:tcW w:type="dxa" w:w="2880"/>
          </w:tcPr>
          <w:p>
            <w:r>
              <w:t>Информационный материал – аудиофайл: «Lil Fill - Молодые, веселые, злые», продолжительностью около 2 минут 56 секунд, с текстом песни, начинающимся словами: «Проснитесь братья, настало наше время…» и заканчивающимся словами: «… Мы молодые, веселые, злые»,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5282.</w:t>
            </w:r>
          </w:p>
        </w:tc>
        <w:tc>
          <w:tcPr>
            <w:tcW w:type="dxa" w:w="2880"/>
          </w:tcPr>
          <w:p>
            <w:r>
              <w:t>Информационный материал – аудиофайл: «Леша Джонзи – Трезвая Злая Молодежь. 2015», продолжительностью около 3 минут 12 секунд, с текстом песни, начинающимся словами: «Специально для паблика «Трезвая злая молодежь», А мы вам верили, каждому вашему слову…» и заканчивающимся словами: «…Чтобы никто не смог управлять тобой»,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5283.</w:t>
            </w:r>
          </w:p>
        </w:tc>
        <w:tc>
          <w:tcPr>
            <w:tcW w:type="dxa" w:w="2880"/>
          </w:tcPr>
          <w:p>
            <w:r>
              <w:t>Аудиозапись «Циклоп-Б - Черное пятно», продолжительностью 01.33 мин, начинающаяся фразой «Черное пятно я вижу вдалеке, словно чернослив в белом молоке…» и заканчивающаяся фразой «….что он себе позволил» (решение Советского районного суда г. Орла от 20.01.2022);</w:t>
            </w:r>
          </w:p>
        </w:tc>
        <w:tc>
          <w:tcPr>
            <w:tcW w:type="dxa" w:w="2880"/>
          </w:tcPr>
          <w:p>
            <w:r>
              <w:t>06.05.2022</w:t>
            </w:r>
          </w:p>
        </w:tc>
      </w:tr>
      <w:tr>
        <w:tc>
          <w:tcPr>
            <w:tcW w:type="dxa" w:w="2880"/>
          </w:tcPr>
          <w:p>
            <w:r>
              <w:t>5284.</w:t>
            </w:r>
          </w:p>
        </w:tc>
        <w:tc>
          <w:tcPr>
            <w:tcW w:type="dxa" w:w="2880"/>
          </w:tcPr>
          <w:p>
            <w:r>
              <w:t>Аудиозапись и текст песни «ПолитЗек- А.С.А.В.» продолжительностью 3 мин.,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5285.</w:t>
            </w:r>
          </w:p>
        </w:tc>
        <w:tc>
          <w:tcPr>
            <w:tcW w:type="dxa" w:w="2880"/>
          </w:tcPr>
          <w:p>
            <w:r>
              <w:t>Аудиозапись и текст песни «Четверио-Смерть ментам», продолжительностью 2 мин. 03 сек.,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5286.</w:t>
            </w:r>
          </w:p>
        </w:tc>
        <w:tc>
          <w:tcPr>
            <w:tcW w:type="dxa" w:w="2880"/>
          </w:tcPr>
          <w:p>
            <w:r>
              <w:t>Аудиозапись и текст песни «Руки на одеяло» - Смерть ментам (А.С.А.В.)», продолжительностью 3 мин. 09 сек., начинающаяся словами «Сколько серой формы в загашниках нашей страны» и заканчивающаяся словами «Смерть ментам! С нами джа!» (решение Калужского районного суда Калужской области от 01.03.2022);</w:t>
            </w:r>
          </w:p>
        </w:tc>
        <w:tc>
          <w:tcPr>
            <w:tcW w:type="dxa" w:w="2880"/>
          </w:tcPr>
          <w:p>
            <w:r>
              <w:t>06.05.2022</w:t>
            </w:r>
          </w:p>
        </w:tc>
      </w:tr>
      <w:tr>
        <w:tc>
          <w:tcPr>
            <w:tcW w:type="dxa" w:w="2880"/>
          </w:tcPr>
          <w:p>
            <w:r>
              <w:t>5287.</w:t>
            </w:r>
          </w:p>
        </w:tc>
        <w:tc>
          <w:tcPr>
            <w:tcW w:type="dxa" w:w="2880"/>
          </w:tcPr>
          <w:p>
            <w:r>
              <w:t>Аудиозапись под названием: «Азъ — Убей мента», начинающаяся словами «Глаза вниз и с дороги в грязь…» и заканчивающаяся словами «… Залепи ему промеж погона» продолжительностью 2 минуты 23 секунды, размещенная в сети «Интернет» (решение Угличского районного суда Ярославской области от 22.09.2021 и апелляционное определение судебной коллегии по административным делам Ярославского областного суда от 05.04.2022);</w:t>
            </w:r>
          </w:p>
        </w:tc>
        <w:tc>
          <w:tcPr>
            <w:tcW w:type="dxa" w:w="2880"/>
          </w:tcPr>
          <w:p>
            <w:r>
              <w:t>31.05.2022</w:t>
            </w:r>
          </w:p>
        </w:tc>
      </w:tr>
      <w:tr>
        <w:tc>
          <w:tcPr>
            <w:tcW w:type="dxa" w:w="2880"/>
          </w:tcPr>
          <w:p>
            <w:r>
              <w:t>5288.</w:t>
            </w:r>
          </w:p>
        </w:tc>
        <w:tc>
          <w:tcPr>
            <w:tcW w:type="dxa" w:w="2880"/>
          </w:tcPr>
          <w:p>
            <w:r>
              <w:t>Произведение Йозефа Геббельса под названием «Наци-Соци: Вопросы и ответы для национал-социалиста», состоящее из 24 разделов, начиная с раздела «10 заповедей национал-социалиста», заканчивая разделом «Свобода Германии», начинающееся со слов «Родина – главная движущая сила твоей жизни. Никогда не забывай это!», заканчивающееся словами «Тогда мы сформируем новую Германию – националистический, социалистический Третий Рейх!» (решение Центрального районного суда г. Барнаула от 03.03.2022);</w:t>
            </w:r>
          </w:p>
        </w:tc>
        <w:tc>
          <w:tcPr>
            <w:tcW w:type="dxa" w:w="2880"/>
          </w:tcPr>
          <w:p>
            <w:r>
              <w:t>09.06.2022</w:t>
            </w:r>
          </w:p>
        </w:tc>
      </w:tr>
      <w:tr>
        <w:tc>
          <w:tcPr>
            <w:tcW w:type="dxa" w:w="2880"/>
          </w:tcPr>
          <w:p>
            <w:r>
              <w:t>5289.</w:t>
            </w:r>
          </w:p>
        </w:tc>
        <w:tc>
          <w:tcPr>
            <w:tcW w:type="dxa" w:w="2880"/>
          </w:tcPr>
          <w:p>
            <w:r>
              <w:t>Информационные материалы – публикации, размещенные в телеграмм-сообществе «IADAT» (https://t.me/IADAT), в том числе: начинающаяся со слов «Мы недавно публиковали…», заканчивающаяся словами «сможем объединить весь народ против Кадыровской диктатуры»; начинающаяся со слов «Видео, на котором Кадыров…», заканчивающаяся словами «займешь в ней положенное тебе место»; начинающаяся со слов «Мы давно готовили пост…», заканчивающаяся словами «мы имеет право на свой независимый клочок земли на этой огромной планете»; «С опозданием, но все же…», заканчивающаяся словами «К вашему сожалению, это не так»; начинающаяся со слов «Для тех, кто не владеет…», заканчивающаяся словами «а не плачьте нам в курточку»; начинающаяся со слов «Я живу в Чечне…», заканчивающаяся словами «рабами или свободными людьми»; начинающаяся со слов «Есть вещи, которые нужно…», заканчивающаяся словами «Мы приступаем к новому этапу нашей борьбы»; начинающаяся со слов «А вот и подъехал…», заканчивающаяся словами «что из себя представляют ваши одноразовые»; начинающаяся со слов «С опозданием, но лучше поздно…», заканчивающаяся словами «сломить волю чеченского народа к свободе»; начинающаяся со слов «От жителя кадыровской Чечни...», заканчивающаяся словами «Закатайте губу!»; начинающаяся со слов «Это видео мы сделали…», заканчивающаяся словами «мы хотим лишь свободы и справедливости»; начинающаяся со слов «Прекрасно, просто прекрасно…», заканчивающаяся словами «чеченского народа Ахмата Кадырова»; начинающаяся со слов «Слышали про ФБК Навального…», заканчивающаяся словами «Что же, остается тогда вести свою борьбу» и заканчивающиеся словами «кем они хотят быть: рабами или свободными людьми…» (решение Заводского районного суда города Грозного от 15.12.2021);</w:t>
            </w:r>
          </w:p>
        </w:tc>
        <w:tc>
          <w:tcPr>
            <w:tcW w:type="dxa" w:w="2880"/>
          </w:tcPr>
          <w:p>
            <w:r>
              <w:t>09.06.2022</w:t>
            </w:r>
          </w:p>
        </w:tc>
      </w:tr>
      <w:tr>
        <w:tc>
          <w:tcPr>
            <w:tcW w:type="dxa" w:w="2880"/>
          </w:tcPr>
          <w:p>
            <w:r>
              <w:t>5290.</w:t>
            </w:r>
          </w:p>
        </w:tc>
        <w:tc>
          <w:tcPr>
            <w:tcW w:type="dxa" w:w="2880"/>
          </w:tcPr>
          <w:p>
            <w:r>
              <w:t>Видеофайл «МОРАЛЬ ТАЛМУДА! Знать ВСЕМ! Евреи. Жиды» продолжительностью 06 минут 34 секунды, начинающийся демонстрацией мужчины, сидящего за столом, произносящего слова: «Думаю, мы многое сумеем понять в нашей современной действительности, если обратимся к анализу древних еврейских религиозных текстов….» и заканчивающийся видеорядом с изображением нанесенного на бумагу текста, на котором маркером выделена фраза «Еврейская мама – обязательно», сопровождающимся закадровым озвучиванием текста следующего содержания: «Евреи признаны господствовать над нами, и вольны распоряжаться в нашей стране как посчитают нужным» (решение Новгородского районного суда Новгородской области от 29.03.2022);</w:t>
            </w:r>
          </w:p>
        </w:tc>
        <w:tc>
          <w:tcPr>
            <w:tcW w:type="dxa" w:w="2880"/>
          </w:tcPr>
          <w:p>
            <w:r>
              <w:t>09.06.2022</w:t>
            </w:r>
          </w:p>
        </w:tc>
      </w:tr>
      <w:tr>
        <w:tc>
          <w:tcPr>
            <w:tcW w:type="dxa" w:w="2880"/>
          </w:tcPr>
          <w:p>
            <w:r>
              <w:t>5291.</w:t>
            </w:r>
          </w:p>
        </w:tc>
        <w:tc>
          <w:tcPr>
            <w:tcW w:type="dxa" w:w="2880"/>
          </w:tcPr>
          <w:p>
            <w:r>
              <w:t>Музыкальное произведение – аудиозапись «Ансамбль Христа Спасителя – Лицо твоего президента» продолжительностью 08 мин. 44 сек., начинающаяся словами пенсии (повествует мужской голос) на русском языке: «только бессилие правду огню придает, слаб ты князь без веры христовой …», заканчивающаяся словами (поет женский голос) на русском языке: «… избей эмигрантов, казни эмигрантов, убей молодежь, вот тебе нож.» «В церковь деньги он несет, может бога боится, а значит несет.» (решение Центрального районного суда г. Барнаула от 07.04.2022);</w:t>
            </w:r>
          </w:p>
        </w:tc>
        <w:tc>
          <w:tcPr>
            <w:tcW w:type="dxa" w:w="2880"/>
          </w:tcPr>
          <w:p>
            <w:r>
              <w:t>23.06.2022</w:t>
            </w:r>
          </w:p>
        </w:tc>
      </w:tr>
      <w:tr>
        <w:tc>
          <w:tcPr>
            <w:tcW w:type="dxa" w:w="2880"/>
          </w:tcPr>
          <w:p>
            <w:r>
              <w:t>5292.</w:t>
            </w:r>
          </w:p>
        </w:tc>
        <w:tc>
          <w:tcPr>
            <w:tcW w:type="dxa" w:w="2880"/>
          </w:tcPr>
          <w:p>
            <w:r>
              <w:t>Стихотворный текст, начинающийся со слов: «В коридоре тюремном я слышу шаги» и заканчивающийся словами: «Но я знаю, что гибель моя – лишь начало» (решение Горно-Алтайского городского суда Республики Алтай от 25.04.2022);</w:t>
            </w:r>
          </w:p>
        </w:tc>
        <w:tc>
          <w:tcPr>
            <w:tcW w:type="dxa" w:w="2880"/>
          </w:tcPr>
          <w:p>
            <w:r>
              <w:t>06.07.2022</w:t>
            </w:r>
          </w:p>
        </w:tc>
      </w:tr>
      <w:tr>
        <w:tc>
          <w:tcPr>
            <w:tcW w:type="dxa" w:w="2880"/>
          </w:tcPr>
          <w:p>
            <w:r>
              <w:t>5293.</w:t>
            </w:r>
          </w:p>
        </w:tc>
        <w:tc>
          <w:tcPr>
            <w:tcW w:type="dxa" w:w="2880"/>
          </w:tcPr>
          <w:p>
            <w:r>
              <w:t>Информационный материал в виде видеоролика – слайд-шоу с названием «EVANGELION X ПРАВЫЙ СЕКТОР [Ukr]» продолжительностью 1 минута 30 секунд, который начинается с фрагмента символики экстремистской организации «Правый Сектор» в музыкально-голосовой сопровождении и заканчивается слайдом, на котором на фоне черно-красного флага «Правого сектора» размещена надпись на японском языке, содержащийся в информационно-коммуникационной сети «Интернет» (решение Солнечногорского городского суда Московской области от 23.06.2021 и определение Солнечногорского городского суда Московской области от 29.08.2021);</w:t>
            </w:r>
          </w:p>
        </w:tc>
        <w:tc>
          <w:tcPr>
            <w:tcW w:type="dxa" w:w="2880"/>
          </w:tcPr>
          <w:p>
            <w:r>
              <w:t>06.07.2022</w:t>
            </w:r>
          </w:p>
        </w:tc>
      </w:tr>
      <w:tr>
        <w:tc>
          <w:tcPr>
            <w:tcW w:type="dxa" w:w="2880"/>
          </w:tcPr>
          <w:p>
            <w:r>
              <w:t>5294.</w:t>
            </w:r>
          </w:p>
        </w:tc>
        <w:tc>
          <w:tcPr>
            <w:tcW w:type="dxa" w:w="2880"/>
          </w:tcPr>
          <w:p>
            <w:r>
              <w:t>Информационный материал-графическое изображение под заголовком «Евреи-Начальники ГУЛАГА», с фотографиями лиц и текстом, начинающимся со слов: «Посмотрите на эти жидовские рожи.» и заканчивающимся словами: «Враги всех народов, всего человечества», размещенный в сети «Интернет» (решение Ленинского районного суда города Оренбурга от 22.04.2022);</w:t>
            </w:r>
          </w:p>
        </w:tc>
        <w:tc>
          <w:tcPr>
            <w:tcW w:type="dxa" w:w="2880"/>
          </w:tcPr>
          <w:p>
            <w:r>
              <w:t>12.07.2022</w:t>
            </w:r>
          </w:p>
        </w:tc>
      </w:tr>
      <w:tr>
        <w:tc>
          <w:tcPr>
            <w:tcW w:type="dxa" w:w="2880"/>
          </w:tcPr>
          <w:p>
            <w:r>
              <w:t>5295.</w:t>
            </w:r>
          </w:p>
        </w:tc>
        <w:tc>
          <w:tcPr>
            <w:tcW w:type="dxa" w:w="2880"/>
          </w:tcPr>
          <w:p>
            <w:r>
              <w:t>Информационный материал «Обращение Народного депутата СССР Ю.А. Слепнёва к гражданам Союза Советских Социалистических Республик» (решение Новокуйбышевского городского суда Самарской области от 21.04.2022);</w:t>
            </w:r>
          </w:p>
        </w:tc>
        <w:tc>
          <w:tcPr>
            <w:tcW w:type="dxa" w:w="2880"/>
          </w:tcPr>
          <w:p>
            <w:r>
              <w:t>12.07.2022</w:t>
            </w:r>
          </w:p>
        </w:tc>
      </w:tr>
      <w:tr>
        <w:tc>
          <w:tcPr>
            <w:tcW w:type="dxa" w:w="2880"/>
          </w:tcPr>
          <w:p>
            <w:r>
              <w:t>5296.</w:t>
            </w:r>
          </w:p>
        </w:tc>
        <w:tc>
          <w:tcPr>
            <w:tcW w:type="dxa" w:w="2880"/>
          </w:tcPr>
          <w:p>
            <w:r>
              <w:t>Видеозапись «Нелегитимная власть должна быть уничтожена» продолжительностью 05 минут 02 секунды, начинающаяся со слов «Товарищи друзья, мы собрались здесь по очень важному поводу» и заканчивающаяся словами «а нелегитимная власть по всем международным нормам должна быть уничтожена» (решение Россошанского районного суда Воронежской области от 30.05.2022);</w:t>
            </w:r>
          </w:p>
        </w:tc>
        <w:tc>
          <w:tcPr>
            <w:tcW w:type="dxa" w:w="2880"/>
          </w:tcPr>
          <w:p>
            <w:r>
              <w:t>03.08.2022</w:t>
            </w:r>
          </w:p>
        </w:tc>
      </w:tr>
      <w:tr>
        <w:tc>
          <w:tcPr>
            <w:tcW w:type="dxa" w:w="2880"/>
          </w:tcPr>
          <w:p>
            <w:r>
              <w:t>5297.</w:t>
            </w:r>
          </w:p>
        </w:tc>
        <w:tc>
          <w:tcPr>
            <w:tcW w:type="dxa" w:w="2880"/>
          </w:tcPr>
          <w:p>
            <w:r>
              <w:t>Информационный материал в виде видеозаписи – видеоролик с названием «NS\WP» продолжительностью 5 минут 41 секунда, который начинается экспозицией – демонстрацией логотипа «NS/WP» и словами «Мы не страшимся тюрем» и заканчивается той же экспозицией и словами «Он обретает реальные черты», содержащийся в информационно-коммуникационной сети «Интернет» (решение Калининского районного суда г. Новосибирска от 03.06.2022);</w:t>
            </w:r>
          </w:p>
        </w:tc>
        <w:tc>
          <w:tcPr>
            <w:tcW w:type="dxa" w:w="2880"/>
          </w:tcPr>
          <w:p>
            <w:r>
              <w:t>03.08.2022</w:t>
            </w:r>
          </w:p>
        </w:tc>
      </w:tr>
      <w:tr>
        <w:tc>
          <w:tcPr>
            <w:tcW w:type="dxa" w:w="2880"/>
          </w:tcPr>
          <w:p>
            <w:r>
              <w:t>5298.</w:t>
            </w:r>
          </w:p>
        </w:tc>
        <w:tc>
          <w:tcPr>
            <w:tcW w:type="dxa" w:w="2880"/>
          </w:tcPr>
          <w:p>
            <w:r>
              <w:t>Текстовый материал под названием «Рябов Анатолий Аббасович. Русский манифест», начинающийся словами: «Граждане! Приближается то время, когда начнется уличная борьба…» и заканчивающийся словами «… Они возьмутся из ниоткуда – так же как в свое время взялись Минин и Пожарский» (решение Ленинского районного суда г. Тамбова от 08.06.2022);</w:t>
            </w:r>
          </w:p>
        </w:tc>
        <w:tc>
          <w:tcPr>
            <w:tcW w:type="dxa" w:w="2880"/>
          </w:tcPr>
          <w:p>
            <w:r>
              <w:t>03.08.2022</w:t>
            </w:r>
          </w:p>
        </w:tc>
      </w:tr>
      <w:tr>
        <w:tc>
          <w:tcPr>
            <w:tcW w:type="dxa" w:w="2880"/>
          </w:tcPr>
          <w:p>
            <w:r>
              <w:t>5299.</w:t>
            </w:r>
          </w:p>
        </w:tc>
        <w:tc>
          <w:tcPr>
            <w:tcW w:type="dxa" w:w="2880"/>
          </w:tcPr>
          <w:p>
            <w:r>
              <w:t>Аудиозапись под названием «Руки На Одеяло А.С.А.В.» (другие названия «Руки На Одеяло Ацаб», «Руки на одеяло А.С.А.В. (Полит3эк cover)»), продолжительностью 03 минуты 09 секунд, начинающаяся словами «Сколько серой формы в загашниках нашей страны…», заканчивающаяся словами «…С нами Джа! С нами Джа!» (решение Железнодорожного районного суда г. Ульяновска от 23.05.2022);</w:t>
            </w:r>
          </w:p>
        </w:tc>
        <w:tc>
          <w:tcPr>
            <w:tcW w:type="dxa" w:w="2880"/>
          </w:tcPr>
          <w:p>
            <w:r>
              <w:t>22.08.2022</w:t>
            </w:r>
          </w:p>
        </w:tc>
      </w:tr>
      <w:tr>
        <w:tc>
          <w:tcPr>
            <w:tcW w:type="dxa" w:w="2880"/>
          </w:tcPr>
          <w:p>
            <w:r>
              <w:t>5300.</w:t>
            </w:r>
          </w:p>
        </w:tc>
        <w:tc>
          <w:tcPr>
            <w:tcW w:type="dxa" w:w="2880"/>
          </w:tcPr>
          <w:p>
            <w:r>
              <w:t>Информационный материал – графическое изображение под заголовком «РУССКАЯ ИДЕЯ», текстом следующего содержания: «Жидов изгоняя все! Во всем мире…всегда и везде…Только в прошлом, 2-м тысячелетии, жидов изгоняли около 50-ти раз…В среднем, жидов изгоняли из чужих государств каждые 20-ть лет…И так продолжалось тысячу лет…Народ жида гонит дверь, жид лезет в окно…И залез таки жид аж на самый на верх…Что и ждал народ аж тысячу лет…Чтобы скинуть жида аж на самое дно…Изгнание жидов из России» и карикатурным изображением памятника Минину и Пожарскому, размещенный в сети «Интернет» (решение Ленинского районного суда города Оренбурга от 07.06.2022);</w:t>
            </w:r>
          </w:p>
        </w:tc>
        <w:tc>
          <w:tcPr>
            <w:tcW w:type="dxa" w:w="2880"/>
          </w:tcPr>
          <w:p>
            <w:r>
              <w:t>29.08.2022</w:t>
            </w:r>
          </w:p>
        </w:tc>
      </w:tr>
      <w:tr>
        <w:tc>
          <w:tcPr>
            <w:tcW w:type="dxa" w:w="2880"/>
          </w:tcPr>
          <w:p>
            <w:r>
              <w:t>5301.</w:t>
            </w:r>
          </w:p>
        </w:tc>
        <w:tc>
          <w:tcPr>
            <w:tcW w:type="dxa" w:w="2880"/>
          </w:tcPr>
          <w:p>
            <w:r>
              <w:t>Исключен</w:t>
            </w:r>
          </w:p>
        </w:tc>
        <w:tc>
          <w:tcPr>
            <w:tcW w:type="dxa" w:w="2880"/>
          </w:tcPr>
          <w:p>
            <w:r>
              <w:t>29.08.2022</w:t>
            </w:r>
          </w:p>
        </w:tc>
      </w:tr>
      <w:tr>
        <w:tc>
          <w:tcPr>
            <w:tcW w:type="dxa" w:w="2880"/>
          </w:tcPr>
          <w:p>
            <w:r>
              <w:t>5302.</w:t>
            </w:r>
          </w:p>
        </w:tc>
        <w:tc>
          <w:tcPr>
            <w:tcW w:type="dxa" w:w="2880"/>
          </w:tcPr>
          <w:p>
            <w:r>
              <w:t>Исключен</w:t>
            </w:r>
          </w:p>
        </w:tc>
        <w:tc>
          <w:tcPr>
            <w:tcW w:type="dxa" w:w="2880"/>
          </w:tcPr>
          <w:p>
            <w:r>
              <w:t>29.08.2022</w:t>
            </w:r>
          </w:p>
        </w:tc>
      </w:tr>
      <w:tr>
        <w:tc>
          <w:tcPr>
            <w:tcW w:type="dxa" w:w="2880"/>
          </w:tcPr>
          <w:p>
            <w:r>
              <w:t>5303.</w:t>
            </w:r>
          </w:p>
        </w:tc>
        <w:tc>
          <w:tcPr>
            <w:tcW w:type="dxa" w:w="2880"/>
          </w:tcPr>
          <w:p>
            <w:r>
              <w:t>Исключен</w:t>
            </w:r>
          </w:p>
        </w:tc>
        <w:tc>
          <w:tcPr>
            <w:tcW w:type="dxa" w:w="2880"/>
          </w:tcPr>
          <w:p>
            <w:r>
              <w:t>29.08.2022</w:t>
            </w:r>
          </w:p>
        </w:tc>
      </w:tr>
      <w:tr>
        <w:tc>
          <w:tcPr>
            <w:tcW w:type="dxa" w:w="2880"/>
          </w:tcPr>
          <w:p>
            <w:r>
              <w:t>5304.</w:t>
            </w:r>
          </w:p>
        </w:tc>
        <w:tc>
          <w:tcPr>
            <w:tcW w:type="dxa" w:w="2880"/>
          </w:tcPr>
          <w:p>
            <w:r>
              <w:t>Печатное издание под редакцией Костоева Х.А. «Осинное гнездо Кавказа», Ростов-на Дону, 2020, 216 стр. (решение Ленинского районного суда г. Владикавказа Республики Северная Осетия – Алания от 07.04.2022);</w:t>
            </w:r>
          </w:p>
        </w:tc>
        <w:tc>
          <w:tcPr>
            <w:tcW w:type="dxa" w:w="2880"/>
          </w:tcPr>
          <w:p>
            <w:r>
              <w:t>29.08.2022</w:t>
            </w:r>
          </w:p>
        </w:tc>
      </w:tr>
      <w:tr>
        <w:tc>
          <w:tcPr>
            <w:tcW w:type="dxa" w:w="2880"/>
          </w:tcPr>
          <w:p>
            <w:r>
              <w:t>5305.</w:t>
            </w:r>
          </w:p>
        </w:tc>
        <w:tc>
          <w:tcPr>
            <w:tcW w:type="dxa" w:w="2880"/>
          </w:tcPr>
          <w:p>
            <w:r>
              <w:t>Статья Стомахина Б.В. под названием «Распад империи – единственный выход», начинающаяся со слов «Любые мечты о свободе, любые попытки цивилизаторства в России…», заканчивающаяся словами «Все оккупационные российские войска будут выведены из всех колоний и соседних с Россией стран» (решение Центрального районного суда г. Барнаула от 07.07.2022);</w:t>
            </w:r>
          </w:p>
        </w:tc>
        <w:tc>
          <w:tcPr>
            <w:tcW w:type="dxa" w:w="2880"/>
          </w:tcPr>
          <w:p>
            <w:r>
              <w:t>19.09.2022</w:t>
            </w:r>
          </w:p>
        </w:tc>
      </w:tr>
      <w:tr>
        <w:tc>
          <w:tcPr>
            <w:tcW w:type="dxa" w:w="2880"/>
          </w:tcPr>
          <w:p>
            <w:r>
              <w:t>5306.</w:t>
            </w:r>
          </w:p>
        </w:tc>
        <w:tc>
          <w:tcPr>
            <w:tcW w:type="dxa" w:w="2880"/>
          </w:tcPr>
          <w:p>
            <w:r>
              <w:t>Видеоматериал под названием: «Полковник Шендаков обратился к женам росгвардейцев и полицейских», размещенный в сети «Интернет», продолжительностью 04 минуты 53 секунды (решение Красногорского городского суда Московской области от 18.07.2022);</w:t>
            </w:r>
          </w:p>
        </w:tc>
        <w:tc>
          <w:tcPr>
            <w:tcW w:type="dxa" w:w="2880"/>
          </w:tcPr>
          <w:p>
            <w:r>
              <w:t>19.09.2022</w:t>
            </w:r>
          </w:p>
        </w:tc>
      </w:tr>
      <w:tr>
        <w:tc>
          <w:tcPr>
            <w:tcW w:type="dxa" w:w="2880"/>
          </w:tcPr>
          <w:p>
            <w:r>
              <w:t>5307.</w:t>
            </w:r>
          </w:p>
        </w:tc>
        <w:tc>
          <w:tcPr>
            <w:tcW w:type="dxa" w:w="2880"/>
          </w:tcPr>
          <w:p>
            <w:r>
              <w:t>Видеоматериал под названием: «СУРКОВ ОБЕЩАЛ ДОНБАССУ ВОЙНУ! Михаил Шендаков/ПРЯМОЙ ЭФИР СТ // 22.12.2019», продолжительностью 59 минут 12 секунд, размещенный в сети «Интернет» (решение Красногорского городского суда Московской области от 18.07.2022);</w:t>
            </w:r>
          </w:p>
        </w:tc>
        <w:tc>
          <w:tcPr>
            <w:tcW w:type="dxa" w:w="2880"/>
          </w:tcPr>
          <w:p>
            <w:r>
              <w:t>19.09.2022</w:t>
            </w:r>
          </w:p>
        </w:tc>
      </w:tr>
      <w:tr>
        <w:tc>
          <w:tcPr>
            <w:tcW w:type="dxa" w:w="2880"/>
          </w:tcPr>
          <w:p>
            <w:r>
              <w:t>5308.</w:t>
            </w:r>
          </w:p>
        </w:tc>
        <w:tc>
          <w:tcPr>
            <w:tcW w:type="dxa" w:w="2880"/>
          </w:tcPr>
          <w:p>
            <w:r>
              <w:t>Печатное издание под редакцией Лорса Дарьяльского «Осетины на стороне Третьего рейха. Коллаборационизм в годы Великой Отечественной войны», Москва, 2021, 248 стр. (решение Ленинского районного суда г. Владикавказа Республики Северная Осетия – Алания от 25.05.2022);</w:t>
            </w:r>
          </w:p>
        </w:tc>
        <w:tc>
          <w:tcPr>
            <w:tcW w:type="dxa" w:w="2880"/>
          </w:tcPr>
          <w:p>
            <w:r>
              <w:t>19.09.2022</w:t>
            </w:r>
          </w:p>
        </w:tc>
      </w:tr>
      <w:tr>
        <w:tc>
          <w:tcPr>
            <w:tcW w:type="dxa" w:w="2880"/>
          </w:tcPr>
          <w:p>
            <w:r>
              <w:t>5309.</w:t>
            </w:r>
          </w:p>
        </w:tc>
        <w:tc>
          <w:tcPr>
            <w:tcW w:type="dxa" w:w="2880"/>
          </w:tcPr>
          <w:p>
            <w:r>
              <w:t>Cтатья Б. Стомахина «Зачем митинг?», начинающаяся со слов «Лучше митинг!» - был такой плакат…», заканчивающаяся словами «Свобода добывается только в бою и оплачивается только кровью» (решение Центрального районного суда г. Барнаула Алтайского края от 25.07.2022);</w:t>
            </w:r>
          </w:p>
        </w:tc>
        <w:tc>
          <w:tcPr>
            <w:tcW w:type="dxa" w:w="2880"/>
          </w:tcPr>
          <w:p>
            <w:r>
              <w:t>04.10.2022</w:t>
            </w:r>
          </w:p>
        </w:tc>
      </w:tr>
      <w:tr>
        <w:tc>
          <w:tcPr>
            <w:tcW w:type="dxa" w:w="2880"/>
          </w:tcPr>
          <w:p>
            <w:r>
              <w:t>5310.</w:t>
            </w:r>
          </w:p>
        </w:tc>
        <w:tc>
          <w:tcPr>
            <w:tcW w:type="dxa" w:w="2880"/>
          </w:tcPr>
          <w:p>
            <w:r>
              <w:t>Cтатья Б. Стомахина «NO FUTURE», начинающаяся со слов «Очередной тренд сезона – волна слухов о том, чем именно болен Путин», заканчивающаяся словами «начиняли самодельные взрывные устройства еще члены Боевой Организации партии социалистов-революционеров еще в 1904 году…» (решение Центрального районного суда г. Барнаула Алтайского края от 01.08.2022);</w:t>
            </w:r>
          </w:p>
        </w:tc>
        <w:tc>
          <w:tcPr>
            <w:tcW w:type="dxa" w:w="2880"/>
          </w:tcPr>
          <w:p>
            <w:r>
              <w:t>04.10.2022</w:t>
            </w:r>
          </w:p>
        </w:tc>
      </w:tr>
      <w:tr>
        <w:tc>
          <w:tcPr>
            <w:tcW w:type="dxa" w:w="2880"/>
          </w:tcPr>
          <w:p>
            <w:r>
              <w:t>5311.</w:t>
            </w:r>
          </w:p>
        </w:tc>
        <w:tc>
          <w:tcPr>
            <w:tcW w:type="dxa" w:w="2880"/>
          </w:tcPr>
          <w:p>
            <w:r>
              <w:t>Материалы, размещенные в русскоязычном сегменте сети «Интернет» в социальной сети «Одноклассники» на странице пользователя под ником «Абу Мухаммад» (решение Октябрьского районного суда г. Екатеринбурга от 14.04.2022);</w:t>
            </w:r>
          </w:p>
        </w:tc>
        <w:tc>
          <w:tcPr>
            <w:tcW w:type="dxa" w:w="2880"/>
          </w:tcPr>
          <w:p>
            <w:r>
              <w:t>19.10.2022</w:t>
            </w:r>
          </w:p>
        </w:tc>
      </w:tr>
      <w:tr>
        <w:tc>
          <w:tcPr>
            <w:tcW w:type="dxa" w:w="2880"/>
          </w:tcPr>
          <w:p>
            <w:r>
              <w:t>5312.</w:t>
            </w:r>
          </w:p>
        </w:tc>
        <w:tc>
          <w:tcPr>
            <w:tcW w:type="dxa" w:w="2880"/>
          </w:tcPr>
          <w:p>
            <w:r>
              <w:t>Информационный материал – фотография Генриха Гиммлера в окружении офицеров СС, сопровождающегося текстом «- Сынок, через 70 лет твой президент будет евреем, и твоих внуков он будет сажать в тюрьму за антисемитские посты в контакте. В каждом городе мэр будет евреем. В каждом городе будет построен Хасидский Центр, в котором грязные евреи будут совершать свои кровавые ритуалы, а ты даже не будешь догадываться. Твой народ будет вымирать со скоростью 1 миллион в год. Ну а мы пока уходим… потому что мы проиграли, а ты выиграл. Ты выиграл свое будущее…», размещенная в информационно-телекоммуникационной сети «Интернет» (решение Черкесского городского суда Карачаево-Черкесской Республики от 09.06.2022);</w:t>
            </w:r>
          </w:p>
        </w:tc>
        <w:tc>
          <w:tcPr>
            <w:tcW w:type="dxa" w:w="2880"/>
          </w:tcPr>
          <w:p>
            <w:r>
              <w:t>01.11.2022</w:t>
            </w:r>
          </w:p>
        </w:tc>
      </w:tr>
      <w:tr>
        <w:tc>
          <w:tcPr>
            <w:tcW w:type="dxa" w:w="2880"/>
          </w:tcPr>
          <w:p>
            <w:r>
              <w:t>5313.</w:t>
            </w:r>
          </w:p>
        </w:tc>
        <w:tc>
          <w:tcPr>
            <w:tcW w:type="dxa" w:w="2880"/>
          </w:tcPr>
          <w:p>
            <w:r>
              <w:t>Информационный материал в виде методического пособия с названием «Zashita_grazhdan_SSSR.pdf», начинающийся со слов «МИНИСТЕРСТВО ЮСТИЦИИ СССР» и заканчивающийся словами «Соглашаясь подписывать любые документы, Вы автоматически становитесь частью корпорации и теряете свободу и независимость, становясь рабом! С.В. Тараскин», объемом 30 страниц (решение Советского районного суда г. Томска от 27.07.2022);</w:t>
            </w:r>
          </w:p>
        </w:tc>
        <w:tc>
          <w:tcPr>
            <w:tcW w:type="dxa" w:w="2880"/>
          </w:tcPr>
          <w:p>
            <w:r>
              <w:t>01.11.2022</w:t>
            </w:r>
          </w:p>
        </w:tc>
      </w:tr>
      <w:tr>
        <w:tc>
          <w:tcPr>
            <w:tcW w:type="dxa" w:w="2880"/>
          </w:tcPr>
          <w:p>
            <w:r>
              <w:t>5314.</w:t>
            </w:r>
          </w:p>
        </w:tc>
        <w:tc>
          <w:tcPr>
            <w:tcW w:type="dxa" w:w="2880"/>
          </w:tcPr>
          <w:p>
            <w:r>
              <w:t>Видеоматериал-лекция под названием «Обращение Магомеда Хазбиева к руководству Чечни и к дешевым блогерам провокаторам» продолжительностью 1 час 56 минут 3 секунды, начинающаяся со слов «Ассаламу алейкум варахматуллах мехкхой…» (далее разговор на ингушском языке) и заканчивающаяся словами (после разговора на ингушском языке) «…Ассаламу алейкум варахматуллах», размещенный на канале «ingushetiyaruorg2010» видеохостинга «Youtube» […] и личной странице в Instagramm «Khazbiev_Magomed» (решение Заводского районного суда города Грозного Чеченской Республики от 06.06.2022);</w:t>
            </w:r>
          </w:p>
        </w:tc>
        <w:tc>
          <w:tcPr>
            <w:tcW w:type="dxa" w:w="2880"/>
          </w:tcPr>
          <w:p>
            <w:r>
              <w:t>01.11.2022</w:t>
            </w:r>
          </w:p>
        </w:tc>
      </w:tr>
      <w:tr>
        <w:tc>
          <w:tcPr>
            <w:tcW w:type="dxa" w:w="2880"/>
          </w:tcPr>
          <w:p>
            <w:r>
              <w:t>5315.</w:t>
            </w:r>
          </w:p>
        </w:tc>
        <w:tc>
          <w:tcPr>
            <w:tcW w:type="dxa" w:w="2880"/>
          </w:tcPr>
          <w:p>
            <w:r>
              <w:t>Аудиозапись и текст под названием: «Никита Машук – Убъем Украину…» продолжительностью от 1 мин. 16 сек. до 1 мин. 21 сек., начинающиеся со слов: «Украина все свое существо, все свое существование …» и заканчивающиеся словами: «…и твою семью…» (решение Центрального районного суда г. Хабаровска от 01.08.2022);</w:t>
            </w:r>
          </w:p>
        </w:tc>
        <w:tc>
          <w:tcPr>
            <w:tcW w:type="dxa" w:w="2880"/>
          </w:tcPr>
          <w:p>
            <w:r>
              <w:t>18.11.2022</w:t>
            </w:r>
          </w:p>
        </w:tc>
      </w:tr>
      <w:tr>
        <w:tc>
          <w:tcPr>
            <w:tcW w:type="dxa" w:w="2880"/>
          </w:tcPr>
          <w:p>
            <w:r>
              <w:t>5316.</w:t>
            </w:r>
          </w:p>
        </w:tc>
        <w:tc>
          <w:tcPr>
            <w:tcW w:type="dxa" w:w="2880"/>
          </w:tcPr>
          <w:p>
            <w:r>
              <w:t>Аудиофайл под названием «Про мусоров группы «Адидас» («Adidas»), продолжительностью 4 минуты 21 секунда, начинающийся со слов «Мусора-гон…, пид…, не дают спокойно попить пиваса…» и заканчивающийся словами «…как бумажка зачем, ж… подтирать» с последующим речитативом, размещенный в сети «Интернет» (решение Елецкого городского суда Липецкой области от 22.09.2022)</w:t>
            </w:r>
          </w:p>
        </w:tc>
        <w:tc>
          <w:tcPr>
            <w:tcW w:type="dxa" w:w="2880"/>
          </w:tcPr>
          <w:p>
            <w:r>
              <w:t>18.11.2022</w:t>
            </w:r>
          </w:p>
        </w:tc>
      </w:tr>
      <w:tr>
        <w:tc>
          <w:tcPr>
            <w:tcW w:type="dxa" w:w="2880"/>
          </w:tcPr>
          <w:p>
            <w:r>
              <w:t>5317.</w:t>
            </w:r>
          </w:p>
        </w:tc>
        <w:tc>
          <w:tcPr>
            <w:tcW w:type="dxa" w:w="2880"/>
          </w:tcPr>
          <w:p>
            <w:r>
              <w:t>Материал книги «Ценой свободы», автор Блинов К.А. под псевдонимом «Кирилл Риддик», состоящей из 12 глав объемом 197 страниц формата А4, начинающейся словами «Посвящается всем тем, кто прошел через стены испытаний..,» и заканчивающейся словами «…Мы безвозмездно отдаем себя и наши судьбы, изо дня в день, бросая вызов врагам. Сердечно благодарю за помощь Николая М. и К. Вестейн» (решение Советского районного суда г. Нижнего Новгорода от 22.04.2022);</w:t>
            </w:r>
          </w:p>
        </w:tc>
        <w:tc>
          <w:tcPr>
            <w:tcW w:type="dxa" w:w="2880"/>
          </w:tcPr>
          <w:p>
            <w:r>
              <w:t>25.11.2022</w:t>
            </w:r>
          </w:p>
        </w:tc>
      </w:tr>
      <w:tr>
        <w:tc>
          <w:tcPr>
            <w:tcW w:type="dxa" w:w="2880"/>
          </w:tcPr>
          <w:p>
            <w:r>
              <w:t>5318.</w:t>
            </w:r>
          </w:p>
        </w:tc>
        <w:tc>
          <w:tcPr>
            <w:tcW w:type="dxa" w:w="2880"/>
          </w:tcPr>
          <w:p>
            <w:r>
              <w:t>Печатное издание (книга) «Татары … Это гордое имя/А.М. Аминов. – Казань: Издательство «Ихлас», 2020. – 512 с.» (решение Вахитовского районного суда города Казани от 03.10.2022);</w:t>
            </w:r>
          </w:p>
        </w:tc>
        <w:tc>
          <w:tcPr>
            <w:tcW w:type="dxa" w:w="2880"/>
          </w:tcPr>
          <w:p>
            <w:r>
              <w:t>12.12.2022</w:t>
            </w:r>
          </w:p>
        </w:tc>
      </w:tr>
      <w:tr>
        <w:tc>
          <w:tcPr>
            <w:tcW w:type="dxa" w:w="2880"/>
          </w:tcPr>
          <w:p>
            <w:r>
              <w:t>5319.</w:t>
            </w:r>
          </w:p>
        </w:tc>
        <w:tc>
          <w:tcPr>
            <w:tcW w:type="dxa" w:w="2880"/>
          </w:tcPr>
          <w:p>
            <w:r>
              <w:t>Аудиозапись песни под названиями: «Вставай Ариец» («Волк») праворадикальной группы «Банда Москвы», начинающаяся словами «Он прошел огнь жестокой войны …» и оканчивающаяся словами «…И не станет врагов на Русской земле вновь!», продолжительностью 5 минут 23 секунды (решение Кашинского межрайонного суда Тверской области от 21.09.2022);</w:t>
            </w:r>
          </w:p>
        </w:tc>
        <w:tc>
          <w:tcPr>
            <w:tcW w:type="dxa" w:w="2880"/>
          </w:tcPr>
          <w:p>
            <w:r>
              <w:t>12.12.2022</w:t>
            </w:r>
          </w:p>
        </w:tc>
      </w:tr>
      <w:tr>
        <w:tc>
          <w:tcPr>
            <w:tcW w:type="dxa" w:w="2880"/>
          </w:tcPr>
          <w:p>
            <w:r>
              <w:t>5320.</w:t>
            </w:r>
          </w:p>
        </w:tc>
        <w:tc>
          <w:tcPr>
            <w:tcW w:type="dxa" w:w="2880"/>
          </w:tcPr>
          <w:p>
            <w:r>
              <w:t>Информационный материал – аудиозапись и текст музыкальной композиции под названием «Токарный Паралич – Я схватил мента за шею», продолжительностью от 02 мин. 26 сек. до 03 мин. 01 сек., начинающаяся словами: «Я схватил мента за шею!...» и заканчивающаяся словами: «…найдут твои останки в колодце водосточном» (решение Железнодорожного районного суда г. Пензы от 30.09.2022);</w:t>
            </w:r>
          </w:p>
        </w:tc>
        <w:tc>
          <w:tcPr>
            <w:tcW w:type="dxa" w:w="2880"/>
          </w:tcPr>
          <w:p>
            <w:r>
              <w:t>12.12.2022</w:t>
            </w:r>
          </w:p>
        </w:tc>
      </w:tr>
      <w:tr>
        <w:tc>
          <w:tcPr>
            <w:tcW w:type="dxa" w:w="2880"/>
          </w:tcPr>
          <w:p>
            <w:r>
              <w:t>5321.</w:t>
            </w:r>
          </w:p>
        </w:tc>
        <w:tc>
          <w:tcPr>
            <w:tcW w:type="dxa" w:w="2880"/>
          </w:tcPr>
          <w:p>
            <w:r>
              <w:t>Видеозапись продолжительностью 20 секунд, с названием «Я буду резать русню» ‒ дети украинских нацистов!», с изображением малолетней девочки дошкольного возраста с ножом в руках на фоне экрана компьютера, на котором изображена нацистская свастика, после чего девочка имитирует нанесение ударов ножом и произносит речь, начинающуюся со слов: «Zieg Heil! Zieg Heil! Я буду резать русню!...», заканчивающуюся словами «…Путин, мы идем за тобой» (решение Сыктывкарского городского суда Республики Коми от 07.10.2022);</w:t>
            </w:r>
          </w:p>
        </w:tc>
        <w:tc>
          <w:tcPr>
            <w:tcW w:type="dxa" w:w="2880"/>
          </w:tcPr>
          <w:p>
            <w:r>
              <w:t>12.12.2022</w:t>
            </w:r>
          </w:p>
        </w:tc>
      </w:tr>
      <w:tr>
        <w:tc>
          <w:tcPr>
            <w:tcW w:type="dxa" w:w="2880"/>
          </w:tcPr>
          <w:p>
            <w:r>
              <w:t>5322.</w:t>
            </w:r>
          </w:p>
        </w:tc>
        <w:tc>
          <w:tcPr>
            <w:tcW w:type="dxa" w:w="2880"/>
          </w:tcPr>
          <w:p>
            <w:r>
              <w:t>Текстовый файл «Программа М. К. У .» авторов, использующих псевдонимы «Егор «Маньяк» и «Warrior of Light» (решение Таганского районного суда г. Москвы от 21.07.2022);</w:t>
            </w:r>
          </w:p>
        </w:tc>
        <w:tc>
          <w:tcPr>
            <w:tcW w:type="dxa" w:w="2880"/>
          </w:tcPr>
          <w:p>
            <w:r>
              <w:t>12.12.2022</w:t>
            </w:r>
          </w:p>
        </w:tc>
      </w:tr>
      <w:tr>
        <w:tc>
          <w:tcPr>
            <w:tcW w:type="dxa" w:w="2880"/>
          </w:tcPr>
          <w:p>
            <w:r>
              <w:t>5323.</w:t>
            </w:r>
          </w:p>
        </w:tc>
        <w:tc>
          <w:tcPr>
            <w:tcW w:type="dxa" w:w="2880"/>
          </w:tcPr>
          <w:p>
            <w:r>
              <w:t>Печатное издание – книга «Роза серафитов. Богомильское евангелие». –  Издание 2-е, дополненное и исправленное. – М.: Мир Софии, 2014. – 592 с. (автор «Блаженный Иоанн», 2014, издательство «Мир Софии», ISBN 978-5-906192-20 (решение Таганского районного суда г. Москвы от 30.04.2021 и апелляционное определение судебной коллегии по административным делам Московского городского суда от 25.05.2022);</w:t>
            </w:r>
          </w:p>
        </w:tc>
        <w:tc>
          <w:tcPr>
            <w:tcW w:type="dxa" w:w="2880"/>
          </w:tcPr>
          <w:p>
            <w:r>
              <w:t>12.12.2022</w:t>
            </w:r>
          </w:p>
        </w:tc>
      </w:tr>
      <w:tr>
        <w:tc>
          <w:tcPr>
            <w:tcW w:type="dxa" w:w="2880"/>
          </w:tcPr>
          <w:p>
            <w:r>
              <w:t>5324.</w:t>
            </w:r>
          </w:p>
        </w:tc>
        <w:tc>
          <w:tcPr>
            <w:tcW w:type="dxa" w:w="2880"/>
          </w:tcPr>
          <w:p>
            <w:r>
              <w:t>Информационный материал (текст песни) под названием «А.Харчиков-Арийский марш» (Александр Харчиков – Арийский марш»),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5325.</w:t>
            </w:r>
          </w:p>
        </w:tc>
        <w:tc>
          <w:tcPr>
            <w:tcW w:type="dxa" w:w="2880"/>
          </w:tcPr>
          <w:p>
            <w:r>
              <w:t>Видеоматериал с наименованием «А.Харчиков – Арийский марш» («Арийский марш – А. Харчиков») продолжительностью 3 минуты 42 секунды, со звуковым сопровождением в виде песни под музыкальный аккомпанемент,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5326.</w:t>
            </w:r>
          </w:p>
        </w:tc>
        <w:tc>
          <w:tcPr>
            <w:tcW w:type="dxa" w:w="2880"/>
          </w:tcPr>
          <w:p>
            <w:r>
              <w:t>Аудиофайл (песня) с наименованием «А.Харчиком – Арийский марш» (Харчиков А. – Арийский марш»), продолжительностью 3 минуты 42 секунды,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5327.</w:t>
            </w:r>
          </w:p>
        </w:tc>
        <w:tc>
          <w:tcPr>
            <w:tcW w:type="dxa" w:w="2880"/>
          </w:tcPr>
          <w:p>
            <w:r>
              <w:t>Видеофайл с названием «ЭКСТРЕННО!!! РАЗВЯЗКА НА ВАШИХ ГЛАЗАХ. ЗАХВАЧЕН ЕДИНСТВЕННЫЙ ПРОТИВНИК ЗВЕРЯ» размещенный в информационно-телекоммуникационной сети «Интернет» (решение Вилючинского городского суда Камчатского края от 06.09.2022);</w:t>
            </w:r>
          </w:p>
        </w:tc>
        <w:tc>
          <w:tcPr>
            <w:tcW w:type="dxa" w:w="2880"/>
          </w:tcPr>
          <w:p>
            <w:r>
              <w:t>14.12.2022</w:t>
            </w:r>
          </w:p>
        </w:tc>
      </w:tr>
      <w:tr>
        <w:tc>
          <w:tcPr>
            <w:tcW w:type="dxa" w:w="2880"/>
          </w:tcPr>
          <w:p>
            <w:r>
              <w:t>5328.</w:t>
            </w:r>
          </w:p>
        </w:tc>
        <w:tc>
          <w:tcPr>
            <w:tcW w:type="dxa" w:w="2880"/>
          </w:tcPr>
          <w:p>
            <w:r>
              <w:t>Текстовый материал под названием «Христианский обман славян», начинающийся со слов «Христианский обман славян. Официальной русской религией является христианство…», заканчивающийся словами «мусульманство — ЭТО ПРОТЕСТАНИЗМ ВОСТОЧНОЙ ХРИСТИАНСКОЙ СЕКТЫ» (решение Сыктывкарского городского суда Республики Коми от 07.10.2022);</w:t>
            </w:r>
          </w:p>
        </w:tc>
        <w:tc>
          <w:tcPr>
            <w:tcW w:type="dxa" w:w="2880"/>
          </w:tcPr>
          <w:p>
            <w:r>
              <w:t>14.12.2022</w:t>
            </w:r>
          </w:p>
        </w:tc>
      </w:tr>
      <w:tr>
        <w:tc>
          <w:tcPr>
            <w:tcW w:type="dxa" w:w="2880"/>
          </w:tcPr>
          <w:p>
            <w:r>
              <w:t>5329.</w:t>
            </w:r>
          </w:p>
        </w:tc>
        <w:tc>
          <w:tcPr>
            <w:tcW w:type="dxa" w:w="2880"/>
          </w:tcPr>
          <w:p>
            <w:r>
              <w:t>Видеоролик с названием «Страшная тайна Ходоса», продолжительностью 2 минуты 30 секунд, который состоит из сменяющих друг друга 11 фотоизображений с различными текстовыми записями на них, сопровождаемых произносимым мужским голосом закадровым текстом, начинающимся со слов: «Эдуард Ходос. Его реликвия под православного этого всего лишь трюк для обмана славян…» и заканчивающимся словами: «…А ведь сколько раввинов в России и на Украине, ведь дурной пример заразителен» (решение Сыктывкарского городского суда Республики Коми от 07.10.2022);</w:t>
            </w:r>
          </w:p>
        </w:tc>
        <w:tc>
          <w:tcPr>
            <w:tcW w:type="dxa" w:w="2880"/>
          </w:tcPr>
          <w:p>
            <w:r>
              <w:t>14.12.2022</w:t>
            </w:r>
          </w:p>
        </w:tc>
      </w:tr>
      <w:tr>
        <w:tc>
          <w:tcPr>
            <w:tcW w:type="dxa" w:w="2880"/>
          </w:tcPr>
          <w:p>
            <w:r>
              <w:t>5330.</w:t>
            </w:r>
          </w:p>
        </w:tc>
        <w:tc>
          <w:tcPr>
            <w:tcW w:type="dxa" w:w="2880"/>
          </w:tcPr>
          <w:p>
            <w:r>
              <w:t>Видеоролик под названием: «Политолог Никита машук о гос конфликтах», начинающийся со слов «Украина все свое существование…» и заканчивающийся словами «Я тебя в рот е*** и твою семью н****», продолжительностью 1 мин. 19 сек., а также его текстовый вариант (решение Сургутского городского суда Ханты-Мансийского автономного округа – Югры от 30.08.2022);</w:t>
            </w:r>
          </w:p>
        </w:tc>
        <w:tc>
          <w:tcPr>
            <w:tcW w:type="dxa" w:w="2880"/>
          </w:tcPr>
          <w:p>
            <w:r>
              <w:t>29.12.2022</w:t>
            </w:r>
          </w:p>
        </w:tc>
      </w:tr>
      <w:tr>
        <w:tc>
          <w:tcPr>
            <w:tcW w:type="dxa" w:w="2880"/>
          </w:tcPr>
          <w:p>
            <w:r>
              <w:t>5331.</w:t>
            </w:r>
          </w:p>
        </w:tc>
        <w:tc>
          <w:tcPr>
            <w:tcW w:type="dxa" w:w="2880"/>
          </w:tcPr>
          <w:p>
            <w:r>
              <w:t>Статья «ТАЙНА КРОВИ СТРАШНЕЕ СПИДА», начинающаяся словами «ТАЙНА КРОВИ это» и заканчивающаяся словами «Вы можете проверить это сами», опубликованная в газете «РаСветЪ» № 12 от 20.12.2020, а также размещенная в сети «Интернет» в виде текста и видеозаписей, демонстрирующих ее текст (решение Ленинского районного суда г. Перми от 12.07.2022);</w:t>
            </w:r>
          </w:p>
        </w:tc>
        <w:tc>
          <w:tcPr>
            <w:tcW w:type="dxa" w:w="2880"/>
          </w:tcPr>
          <w:p>
            <w:r>
              <w:t>29.12.2022</w:t>
            </w:r>
          </w:p>
        </w:tc>
      </w:tr>
      <w:tr>
        <w:tc>
          <w:tcPr>
            <w:tcW w:type="dxa" w:w="2880"/>
          </w:tcPr>
          <w:p>
            <w:r>
              <w:t>5332.</w:t>
            </w:r>
          </w:p>
        </w:tc>
        <w:tc>
          <w:tcPr>
            <w:tcW w:type="dxa" w:w="2880"/>
          </w:tcPr>
          <w:p>
            <w:r>
              <w:t>Видеозапись, продолжительностью 43 секунды с названиями, выполненными на украинском и русском языках: «Маленька дiвчинка рiже русню новий хiт вiд масi! ми тепер в iдiл!», «Новий хiт вiд масi!ми тепер в iдiл! маленькая девочка режит», «Новий хiт вiд масi!ми тепер в щш! маленькая девочка режит русню! жесть», которая начинается с изображения малолетней девочки дошкольного возраста на фоне экрана компьютера, на котором изображена эмблема батальона «Азов» в виде нацистской символики на желтом фоне с надписью «Азов», после чего девочка, держа в руке нож, имитирует нанесение им ударов и произносит следующие выражения: «Поможет! Азов поможет!», «.Я буду резать русню!», «Смерть русне!», заканчивается видеозапись фразой девочки: «Zieg heil!. (решение Сыктывкарского городского суда Республики Коми от 27.10.2022);</w:t>
            </w:r>
          </w:p>
        </w:tc>
        <w:tc>
          <w:tcPr>
            <w:tcW w:type="dxa" w:w="2880"/>
          </w:tcPr>
          <w:p>
            <w:r>
              <w:t>29.12.2022</w:t>
            </w:r>
          </w:p>
        </w:tc>
      </w:tr>
      <w:tr>
        <w:tc>
          <w:tcPr>
            <w:tcW w:type="dxa" w:w="2880"/>
          </w:tcPr>
          <w:p>
            <w:r>
              <w:t>5333.</w:t>
            </w:r>
          </w:p>
        </w:tc>
        <w:tc>
          <w:tcPr>
            <w:tcW w:type="dxa" w:w="2880"/>
          </w:tcPr>
          <w:p>
            <w:r>
              <w:t>Информационный материал - аудиозапись и текст музыкальной композиции под названием «Зиг Хай - Скинхед» (другое название – «Не хочешь – не слушай! – Скинхед (Доберман cover)»), продолжительностью от 03 мин. 00 сек. до 03 мин. 01 сек., начинающаяся словами: «Воскресным утром ранним, набивая кулаки, одевая черный бомбер, камуфляжные штаны…», заканчивающаяся словами: «…уничтожая зверя, не жалея кулаков. Он – скинхед. Он – скинхед.» (решение Железнодорожного районного суда г. Пензы от 14.10.2022);</w:t>
            </w:r>
          </w:p>
        </w:tc>
        <w:tc>
          <w:tcPr>
            <w:tcW w:type="dxa" w:w="2880"/>
          </w:tcPr>
          <w:p>
            <w:r>
              <w:t>29.12.2022</w:t>
            </w:r>
          </w:p>
        </w:tc>
      </w:tr>
      <w:tr>
        <w:tc>
          <w:tcPr>
            <w:tcW w:type="dxa" w:w="2880"/>
          </w:tcPr>
          <w:p>
            <w:r>
              <w:t>5334.</w:t>
            </w:r>
          </w:p>
        </w:tc>
        <w:tc>
          <w:tcPr>
            <w:tcW w:type="dxa" w:w="2880"/>
          </w:tcPr>
          <w:p>
            <w:r>
              <w:t>Информационный материал – аудиозапись исполнителя «АРС» с названием «Правые славяне» продолжительностью около 03 минут 23 секунд, которая начинается словами «Пока «скины» сидят в инете и кидают «зигу»…», заканчивается словами «… чувствуйте себя дома,  а мы иноземцы», содержащейся в информационно-телекоммуникационной сети «Интернет» (решение Североморского районного суда Мурманской области от 20.09.2022);</w:t>
            </w:r>
          </w:p>
        </w:tc>
        <w:tc>
          <w:tcPr>
            <w:tcW w:type="dxa" w:w="2880"/>
          </w:tcPr>
          <w:p>
            <w:r>
              <w:t>29.12.2022</w:t>
            </w:r>
          </w:p>
        </w:tc>
      </w:tr>
      <w:tr>
        <w:tc>
          <w:tcPr>
            <w:tcW w:type="dxa" w:w="2880"/>
          </w:tcPr>
          <w:p>
            <w:r>
              <w:t>5335.</w:t>
            </w:r>
          </w:p>
        </w:tc>
        <w:tc>
          <w:tcPr>
            <w:tcW w:type="dxa" w:w="2880"/>
          </w:tcPr>
          <w:p>
            <w:r>
              <w:t>Книга «Науковi записки» 2016/5-6 (85-86) вересень-грудень, изданная на 363 листах на территории Украины 20.06.2017 Институтом политических и этнонациональных исследований имени И.Ф. Кураса Национальной Академии Наук Украины в формате 60х84/16 тиражом 300 экземпляров ISSN 2524-0137 под редакцией Рафальского О.О., Майбороды О.М. и иных лиц (решение Октябрьского районного суда Санкт-Петербурга от 31.08.2022);</w:t>
            </w:r>
          </w:p>
        </w:tc>
        <w:tc>
          <w:tcPr>
            <w:tcW w:type="dxa" w:w="2880"/>
          </w:tcPr>
          <w:p>
            <w:r>
              <w:t>03.02.2023</w:t>
            </w:r>
          </w:p>
        </w:tc>
      </w:tr>
      <w:tr>
        <w:tc>
          <w:tcPr>
            <w:tcW w:type="dxa" w:w="2880"/>
          </w:tcPr>
          <w:p>
            <w:r>
              <w:t>5336.</w:t>
            </w:r>
          </w:p>
        </w:tc>
        <w:tc>
          <w:tcPr>
            <w:tcW w:type="dxa" w:w="2880"/>
          </w:tcPr>
          <w:p>
            <w:r>
              <w:t>Текст песни исполнителя Оксимирон (Oxxxymiron) «Последний звонок» (решение Замоскворецкого районного суда г. Москвы от 25.10.2022);</w:t>
            </w:r>
          </w:p>
        </w:tc>
        <w:tc>
          <w:tcPr>
            <w:tcW w:type="dxa" w:w="2880"/>
          </w:tcPr>
          <w:p>
            <w:r>
              <w:t>06.02.2023</w:t>
            </w:r>
          </w:p>
        </w:tc>
      </w:tr>
      <w:tr>
        <w:tc>
          <w:tcPr>
            <w:tcW w:type="dxa" w:w="2880"/>
          </w:tcPr>
          <w:p>
            <w:r>
              <w:t>5337.</w:t>
            </w:r>
          </w:p>
        </w:tc>
        <w:tc>
          <w:tcPr>
            <w:tcW w:type="dxa" w:w="2880"/>
          </w:tcPr>
          <w:p>
            <w:r>
              <w:t>Музыкальное произведение группы «Ансамбль Христа Спасителя и мать сыра земля» под названием «Коричневая чума», начинающееся со слов: «Не слушай еврейскую ложь, там нет правды на ломаный грош (там вранье)» и заканчивающееся словами: «коричневая чума, возликует родная страна (все будет коричневым), коричневая чума, да здравствует мама война (чтоб вы все сдохли)», имеющее общую продолжительность звучания 03 мин. 16 сек. (решение Советского районного суда г. Астрахани от 07.11.2022);</w:t>
            </w:r>
          </w:p>
        </w:tc>
        <w:tc>
          <w:tcPr>
            <w:tcW w:type="dxa" w:w="2880"/>
          </w:tcPr>
          <w:p>
            <w:r>
              <w:t>06.02.2023</w:t>
            </w:r>
          </w:p>
        </w:tc>
      </w:tr>
      <w:tr>
        <w:tc>
          <w:tcPr>
            <w:tcW w:type="dxa" w:w="2880"/>
          </w:tcPr>
          <w:p>
            <w:r>
              <w:t>5338.</w:t>
            </w:r>
          </w:p>
        </w:tc>
        <w:tc>
          <w:tcPr>
            <w:tcW w:type="dxa" w:w="2880"/>
          </w:tcPr>
          <w:p>
            <w:r>
              <w:t>Книгопечатное издание «Начала мусульманской веры», редактор-составитель Э.Кулиев, верстка К.Кузнецов, художественные редакторы Р.Галимова, К.Кузнецов, ООО «Издатель Эжаев А.К.», тираж 5000 экз., заказ №2798, на 294 л., за исключением цитат из Корана (решение Можайского городского суда Московской области от 12.10.2022);</w:t>
            </w:r>
          </w:p>
        </w:tc>
        <w:tc>
          <w:tcPr>
            <w:tcW w:type="dxa" w:w="2880"/>
          </w:tcPr>
          <w:p>
            <w:r>
              <w:t>17.02.2023</w:t>
            </w:r>
          </w:p>
        </w:tc>
      </w:tr>
      <w:tr>
        <w:tc>
          <w:tcPr>
            <w:tcW w:type="dxa" w:w="2880"/>
          </w:tcPr>
          <w:p>
            <w:r>
              <w:t>5339.</w:t>
            </w:r>
          </w:p>
        </w:tc>
        <w:tc>
          <w:tcPr>
            <w:tcW w:type="dxa" w:w="2880"/>
          </w:tcPr>
          <w:p>
            <w:r>
              <w:t xml:space="preserve">Музыкальная композиция под названием «Нищих Убивай!», начинающаяся словами «Прогресс и эффективность победили еще бы…», заканчивающаяся словами «…нищих убивай!», продолжительностью 4 минуты 21 секунда (решение Дзержинского районного суда города Волгограда от 26.09.2022, апелляционное определение судебной коллегии по административным делам Волгоградского областного суда от 12.01.2023 и кассационное определение судебной коллегии </w:t>
              <w:br/>
              <w:br/>
              <w:t>по административным делам Четвертого кассационного суда общей юрисдикции от 25.05.2023);</w:t>
            </w:r>
          </w:p>
        </w:tc>
        <w:tc>
          <w:tcPr>
            <w:tcW w:type="dxa" w:w="2880"/>
          </w:tcPr>
          <w:p>
            <w:r>
              <w:t>22.02.2023</w:t>
            </w:r>
          </w:p>
        </w:tc>
      </w:tr>
      <w:tr>
        <w:tc>
          <w:tcPr>
            <w:tcW w:type="dxa" w:w="2880"/>
          </w:tcPr>
          <w:p>
            <w:r>
              <w:t>5340.</w:t>
            </w:r>
          </w:p>
        </w:tc>
        <w:tc>
          <w:tcPr>
            <w:tcW w:type="dxa" w:w="2880"/>
          </w:tcPr>
          <w:p>
            <w:r>
              <w:t>Информационные материалы, содержащиеся в книге Николы Королева «Белая Любовь» (предисловие «Война поэта», стихотворения «В чертогах алого огня», «Карцер», «Пламенная надежда», «Жертва», «Если не ты то, кто же?», «Сон витязя», «В гранитной пещере злой чародей») издательства Военно-патриотического общества «СПАС» (Москва, 2021) (решение Лабытнангского городского суда Ямало-Ненецкого автономного округа от 01.11.2022);</w:t>
            </w:r>
          </w:p>
        </w:tc>
        <w:tc>
          <w:tcPr>
            <w:tcW w:type="dxa" w:w="2880"/>
          </w:tcPr>
          <w:p>
            <w:r>
              <w:t>20.03.2023</w:t>
            </w:r>
          </w:p>
        </w:tc>
      </w:tr>
      <w:tr>
        <w:tc>
          <w:tcPr>
            <w:tcW w:type="dxa" w:w="2880"/>
          </w:tcPr>
          <w:p>
            <w:r>
              <w:t>5341.</w:t>
            </w:r>
          </w:p>
        </w:tc>
        <w:tc>
          <w:tcPr>
            <w:tcW w:type="dxa" w:w="2880"/>
          </w:tcPr>
          <w:p>
            <w:r>
              <w:t>Материал под названием «Манифест Национального сопротивления… На войне, как на войне. Кремль уничтожает народ России!», размещенный в информационно-телекоммуникационных сетях, в том числе в сети «Интернет» (решение Петропавловск-Камчатского городского суда Камчатского края от 31.01.2023);</w:t>
            </w:r>
          </w:p>
        </w:tc>
        <w:tc>
          <w:tcPr>
            <w:tcW w:type="dxa" w:w="2880"/>
          </w:tcPr>
          <w:p>
            <w:r>
              <w:t>17.04.2023</w:t>
            </w:r>
          </w:p>
        </w:tc>
      </w:tr>
      <w:tr>
        <w:tc>
          <w:tcPr>
            <w:tcW w:type="dxa" w:w="2880"/>
          </w:tcPr>
          <w:p>
            <w:r>
              <w:t>5342.</w:t>
            </w:r>
          </w:p>
        </w:tc>
        <w:tc>
          <w:tcPr>
            <w:tcW w:type="dxa" w:w="2880"/>
          </w:tcPr>
          <w:p>
            <w:r>
              <w:t>Информационный материал – аудиозапись (песня) исполнителей «Околореп и Саша Скул» с названием «Вэлком ту Россияния» продолжительностью около 02 минут 33 секунд, которая начинается русскими словами, исполняемыми мужскими голосами, «Добро пожаловать в россиянию.», заканчивается словами «Так что если что, вовремя скидывай ножик», содержащаяся в информационно-коммуникационной сети «Интернет» (решение Калачёвского районного суда Волгоградской области от 09.02.2023);</w:t>
            </w:r>
          </w:p>
        </w:tc>
        <w:tc>
          <w:tcPr>
            <w:tcW w:type="dxa" w:w="2880"/>
          </w:tcPr>
          <w:p>
            <w:r>
              <w:t>03.05.2023</w:t>
            </w:r>
          </w:p>
        </w:tc>
      </w:tr>
      <w:tr>
        <w:tc>
          <w:tcPr>
            <w:tcW w:type="dxa" w:w="2880"/>
          </w:tcPr>
          <w:p>
            <w:r>
              <w:t>5343.</w:t>
            </w:r>
          </w:p>
        </w:tc>
        <w:tc>
          <w:tcPr>
            <w:tcW w:type="dxa" w:w="2880"/>
          </w:tcPr>
          <w:p>
            <w:r>
              <w:t>Материалы – текстовые файлы под названием «ЕВРОПА ОТЕЧЕСТВ. Биополитическая Цель Национал-Социализма», «НОВАЯ ЕВРОПА». Биополитическая Цель Национал-Социализма», размещенные в ИТКС «Интернет» (решение Центрального районного суда г. Калининграда от 14.02.2023);</w:t>
            </w:r>
          </w:p>
        </w:tc>
        <w:tc>
          <w:tcPr>
            <w:tcW w:type="dxa" w:w="2880"/>
          </w:tcPr>
          <w:p>
            <w:r>
              <w:t>17.05.2023</w:t>
            </w:r>
          </w:p>
        </w:tc>
      </w:tr>
      <w:tr>
        <w:tc>
          <w:tcPr>
            <w:tcW w:type="dxa" w:w="2880"/>
          </w:tcPr>
          <w:p>
            <w:r>
              <w:t>5344.</w:t>
            </w:r>
          </w:p>
        </w:tc>
        <w:tc>
          <w:tcPr>
            <w:tcW w:type="dxa" w:w="2880"/>
          </w:tcPr>
          <w:p>
            <w:r>
              <w:t>Материалы: аудиозапись песни под названием «Криминал» музыкальной группы «Bad To The Bonehead», начинающаяся словами «Город во власти этнических кланов …» и оканчивающаяся словами «… Она убивает нашу страну!», продолжительностью 2 минуты 10 секунд (решение Заволжского районного суда города Твери от 20.02.2023);</w:t>
            </w:r>
          </w:p>
        </w:tc>
        <w:tc>
          <w:tcPr>
            <w:tcW w:type="dxa" w:w="2880"/>
          </w:tcPr>
          <w:p>
            <w:r>
              <w:t>17.05.2023</w:t>
            </w:r>
          </w:p>
        </w:tc>
      </w:tr>
      <w:tr>
        <w:tc>
          <w:tcPr>
            <w:tcW w:type="dxa" w:w="2880"/>
          </w:tcPr>
          <w:p>
            <w:r>
              <w:t>5345.</w:t>
            </w:r>
          </w:p>
        </w:tc>
        <w:tc>
          <w:tcPr>
            <w:tcW w:type="dxa" w:w="2880"/>
          </w:tcPr>
          <w:p>
            <w:r>
              <w:t>Информационный материал – текст аудиозаписи группы Outlaw Heroes Standing под названием «Смерть РУССКИМ гнидам!!!», начинающийся словами: «Hardcore. Смерть русским. Я ненавижу русских, я за арийцев, я ненавижу русских, я за арийцев. Пора уничтожать всех ветеранов Войны, чтобы не было больше русских…», заканчивающийся словами: «смерть русским гнидам. Зиг хай» (решение Ленинского районного суда г. Тамбова от 04.04.2023);</w:t>
            </w:r>
          </w:p>
        </w:tc>
        <w:tc>
          <w:tcPr>
            <w:tcW w:type="dxa" w:w="2880"/>
          </w:tcPr>
          <w:p>
            <w:r>
              <w:t>13.06.2023</w:t>
            </w:r>
          </w:p>
        </w:tc>
      </w:tr>
      <w:tr>
        <w:tc>
          <w:tcPr>
            <w:tcW w:type="dxa" w:w="2880"/>
          </w:tcPr>
          <w:p>
            <w:r>
              <w:t>5346.</w:t>
            </w:r>
          </w:p>
        </w:tc>
        <w:tc>
          <w:tcPr>
            <w:tcW w:type="dxa" w:w="2880"/>
          </w:tcPr>
          <w:p>
            <w:r>
              <w:t>Книга «Евангелие от Елизаветы» Николая Моностона (144 с., Белгород, 2016, издательство ООО «Наследие», отпечатано в типографии «Константа»), за исключением цитат в ней из Библии (решение Октябрьского районного суда г. Белгорода от 17.02.2023 и апелляционное определение судебной коллегии по административным делам Белгородского областного суда от 04.05.2023);</w:t>
            </w:r>
          </w:p>
        </w:tc>
        <w:tc>
          <w:tcPr>
            <w:tcW w:type="dxa" w:w="2880"/>
          </w:tcPr>
          <w:p>
            <w:r>
              <w:t>22.06.2023</w:t>
            </w:r>
          </w:p>
        </w:tc>
      </w:tr>
      <w:tr>
        <w:tc>
          <w:tcPr>
            <w:tcW w:type="dxa" w:w="2880"/>
          </w:tcPr>
          <w:p>
            <w:r>
              <w:t>5347.</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5348.</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5349.</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5350.</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5351.</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5352.</w:t>
            </w:r>
          </w:p>
        </w:tc>
        <w:tc>
          <w:tcPr>
            <w:tcW w:type="dxa" w:w="2880"/>
          </w:tcPr>
          <w:p>
            <w:r>
              <w:t>Информационный материал: аудиозапись исполнителя «Жека Басотский – АУЕ всем нашим пацанам» продолжительностью около 4 минут 32 секунд, которая начинается звуками музыки и русскими словами песни «АУЕ всем пацанам…» и заканчивается словами «православным привет, мусульманам салам, а всем дырявым лоукик и двойку по зубам», исполняемой мужским голосом, содержащейся в информационно-коммуникационной сети «Интернет» (решение Центрального районного суда г. Хабаровска от 13.02.2023);</w:t>
            </w:r>
          </w:p>
        </w:tc>
        <w:tc>
          <w:tcPr>
            <w:tcW w:type="dxa" w:w="2880"/>
          </w:tcPr>
          <w:p>
            <w:r>
              <w:t>29.06.2023</w:t>
            </w:r>
          </w:p>
        </w:tc>
      </w:tr>
      <w:tr>
        <w:tc>
          <w:tcPr>
            <w:tcW w:type="dxa" w:w="2880"/>
          </w:tcPr>
          <w:p>
            <w:r>
              <w:t>5353.</w:t>
            </w:r>
          </w:p>
        </w:tc>
        <w:tc>
          <w:tcPr>
            <w:tcW w:type="dxa" w:w="2880"/>
          </w:tcPr>
          <w:p>
            <w:r>
              <w:t>Информационный материал – аудиозапись (песня) исполнителя The Fishez с наименованием «Колумбайн» продолжительностью около 02 минут 23 секунд, которая начинается словами, исполняемыми мужским голосом под музыку: «Колумбайн, колумбайн, я устрою колумбайн…» и заканчивается словами «… и тебе лучше не знать, что я делал этой ночью, сын», размещенный в информационно-телекоммуникационной сети «Интернет» (решение Североморского районного суда Мурманской области от 11.05.2023);</w:t>
            </w:r>
          </w:p>
        </w:tc>
        <w:tc>
          <w:tcPr>
            <w:tcW w:type="dxa" w:w="2880"/>
          </w:tcPr>
          <w:p>
            <w:r>
              <w:t>17.07.2023</w:t>
            </w:r>
          </w:p>
        </w:tc>
      </w:tr>
      <w:tr>
        <w:tc>
          <w:tcPr>
            <w:tcW w:type="dxa" w:w="2880"/>
          </w:tcPr>
          <w:p>
            <w:r>
              <w:t>5354.</w:t>
            </w:r>
          </w:p>
        </w:tc>
        <w:tc>
          <w:tcPr>
            <w:tcW w:type="dxa" w:w="2880"/>
          </w:tcPr>
          <w:p>
            <w:r>
              <w:t>Информационный материал в виде аудиозаписи исполнителя Околорэп с названием «Лет через 10» продолжительностью около 01 минуты 06 секунд, которая начинается русскими словами, исполняемыми мужским голосом под музыку: «Пацаны, ходите прикол?», заканчивается словами «… всем своим «зигуем» молодым и старым, совсем (нецензурное выражение) стал», содержащейся в информационно-коммуникационной сети «Интернет» (решение Североморского районного суда Мурманской области от 23.05.2023);</w:t>
            </w:r>
          </w:p>
        </w:tc>
        <w:tc>
          <w:tcPr>
            <w:tcW w:type="dxa" w:w="2880"/>
          </w:tcPr>
          <w:p>
            <w:r>
              <w:t>28.07.2023</w:t>
            </w:r>
          </w:p>
        </w:tc>
      </w:tr>
      <w:tr>
        <w:tc>
          <w:tcPr>
            <w:tcW w:type="dxa" w:w="2880"/>
          </w:tcPr>
          <w:p>
            <w:r>
              <w:t>5355.</w:t>
            </w:r>
          </w:p>
        </w:tc>
        <w:tc>
          <w:tcPr>
            <w:tcW w:type="dxa" w:w="2880"/>
          </w:tcPr>
          <w:p>
            <w:r>
              <w:t>Информационный материал – аудиозапись (песня) исполнителя dmtboy с наименованием «Колумбайн» продолжительностью около 02 минут 15 секунд, которая начинается словами, исполняемыми мужским голосом под музыку: «Колумбайн. Колумбайн…», заканчивается словами «Я взрываю бомбу в классе первый «А», содержащаяся в информационно-коммуникационной сети «Интернет» (решение Полярного районного суда Мурманской области от 16.05.2023);</w:t>
            </w:r>
          </w:p>
        </w:tc>
        <w:tc>
          <w:tcPr>
            <w:tcW w:type="dxa" w:w="2880"/>
          </w:tcPr>
          <w:p>
            <w:r>
              <w:t>28.07.2023</w:t>
            </w:r>
          </w:p>
        </w:tc>
      </w:tr>
      <w:tr>
        <w:tc>
          <w:tcPr>
            <w:tcW w:type="dxa" w:w="2880"/>
          </w:tcPr>
          <w:p>
            <w:r>
              <w:t>5356.</w:t>
            </w:r>
          </w:p>
        </w:tc>
        <w:tc>
          <w:tcPr>
            <w:tcW w:type="dxa" w:w="2880"/>
          </w:tcPr>
          <w:p>
            <w:r>
              <w:t>Информационный материал – аудиозапись и текст музыкальной композиции под названием «Молочные продукты – Вали Хачей» (иное название – «Группа Волк – Вали Хачей»), продолжительностью от 01 мин. 46 сек., начинающаяся словами: «Эх … слишком много в России, Всю мою Родину хачи населили…» и заканчивающаяся словами: «…Черно…ые уроды! Черно…ые уроды!» (решение Железнодорожного районного суда г. Пензы от 12.05.2023);</w:t>
            </w:r>
          </w:p>
        </w:tc>
        <w:tc>
          <w:tcPr>
            <w:tcW w:type="dxa" w:w="2880"/>
          </w:tcPr>
          <w:p>
            <w:r>
              <w:t>28.07.2023</w:t>
            </w:r>
          </w:p>
        </w:tc>
      </w:tr>
      <w:tr>
        <w:tc>
          <w:tcPr>
            <w:tcW w:type="dxa" w:w="2880"/>
          </w:tcPr>
          <w:p>
            <w:r>
              <w:t>5357.</w:t>
            </w:r>
          </w:p>
        </w:tc>
        <w:tc>
          <w:tcPr>
            <w:tcW w:type="dxa" w:w="2880"/>
          </w:tcPr>
          <w:p>
            <w:r>
              <w:t>Видеозапись «П***н – это существо, которое надо пристрелить – Кирилл Барабаш», начинающаяся словами «Если говорить про офицеров кадровых…», заканчивающаяся словами «пока мы сами не организуемся с самого низу, ничего не изменится», продолжительностью 3 минуты 18 секунд (решение Куртамышского районного суда Курганской области от 30.05.2023);</w:t>
            </w:r>
          </w:p>
        </w:tc>
        <w:tc>
          <w:tcPr>
            <w:tcW w:type="dxa" w:w="2880"/>
          </w:tcPr>
          <w:p>
            <w:r>
              <w:t>03.08.2023</w:t>
            </w:r>
          </w:p>
        </w:tc>
      </w:tr>
      <w:tr>
        <w:tc>
          <w:tcPr>
            <w:tcW w:type="dxa" w:w="2880"/>
          </w:tcPr>
          <w:p>
            <w:r>
              <w:t>5358.</w:t>
            </w:r>
          </w:p>
        </w:tc>
        <w:tc>
          <w:tcPr>
            <w:tcW w:type="dxa" w:w="2880"/>
          </w:tcPr>
          <w:p>
            <w:r>
              <w:t>Видеозапись «К.Барабаш» разносит жидовскую банду П****а», начинающаяся словами «Дорогие друзья, товарищи, здравствуйте …», заканчивающаяся словами «А как спросить? Законопроект есть о суде народа над властью. Спасибо», продолжительностью 7 минут 21 секунда (решение Куртамышского районного суда Курганской области от 30.05.2023);</w:t>
            </w:r>
          </w:p>
        </w:tc>
        <w:tc>
          <w:tcPr>
            <w:tcW w:type="dxa" w:w="2880"/>
          </w:tcPr>
          <w:p>
            <w:r>
              <w:t>03.08.2023</w:t>
            </w:r>
          </w:p>
        </w:tc>
      </w:tr>
      <w:tr>
        <w:tc>
          <w:tcPr>
            <w:tcW w:type="dxa" w:w="2880"/>
          </w:tcPr>
          <w:p>
            <w:r>
              <w:t>5359.</w:t>
            </w:r>
          </w:p>
        </w:tc>
        <w:tc>
          <w:tcPr>
            <w:tcW w:type="dxa" w:w="2880"/>
          </w:tcPr>
          <w:p>
            <w:r>
              <w:t>Видеозапись «В России Стали Избивать Полицаев. ЗА ЧТООО такое П****у», начинающаяся словами «Очень странные дела с начала этого года стали происходить в России», заканчивающаяся словами «На что вы готовы пойти, чтобы П***н ушел? На убийство его», продолжительностью 6 минут 42 секунды (решение Куртамышского районного суда Курганской области от 30.05.2023);</w:t>
            </w:r>
          </w:p>
        </w:tc>
        <w:tc>
          <w:tcPr>
            <w:tcW w:type="dxa" w:w="2880"/>
          </w:tcPr>
          <w:p>
            <w:r>
              <w:t>03.08.2023</w:t>
            </w:r>
          </w:p>
        </w:tc>
      </w:tr>
      <w:tr>
        <w:tc>
          <w:tcPr>
            <w:tcW w:type="dxa" w:w="2880"/>
          </w:tcPr>
          <w:p>
            <w:r>
              <w:t>5360.</w:t>
            </w:r>
          </w:p>
        </w:tc>
        <w:tc>
          <w:tcPr>
            <w:tcW w:type="dxa" w:w="2880"/>
          </w:tcPr>
          <w:p>
            <w:r>
              <w:t>[Аудиозапись] исполнителя «Молот Родины» под названием «Да здравствует Белая Раса» длительностью 3 мин. 29 сек., начинающаяся со слов: «Война. В больших городах…», и заканчивающаяся словами: «…Да здравствует белая раса и религиозный террор!», размещенная в сети «Интернет» (решение Центрального районного суда г. Тулы от 22.05.2023);</w:t>
            </w:r>
          </w:p>
        </w:tc>
        <w:tc>
          <w:tcPr>
            <w:tcW w:type="dxa" w:w="2880"/>
          </w:tcPr>
          <w:p>
            <w:r>
              <w:t>04.08.2023</w:t>
            </w:r>
          </w:p>
        </w:tc>
      </w:tr>
      <w:tr>
        <w:tc>
          <w:tcPr>
            <w:tcW w:type="dxa" w:w="2880"/>
          </w:tcPr>
          <w:p>
            <w:r>
              <w:t>5361.</w:t>
            </w:r>
          </w:p>
        </w:tc>
        <w:tc>
          <w:tcPr>
            <w:tcW w:type="dxa" w:w="2880"/>
          </w:tcPr>
          <w:p>
            <w:r>
              <w:t>Печатный текст, имеющий наименование «Декларация «О государственной независимости Республики Калмыкия» и дату «26.10.2022», который начинается со слов: «У ойратов в истории было несколько суверенных государств…» и заканчивается словами: «Конгресс ойрат-калмыцкого народа обращается ко всем государствам мира, правительствам и парламентам с призывом признать необходимость освобождения ойрат-калмыцкого народа от колониального гнета Российской империи и его законное право на самоопределение и создание независимого государства. Да восторжествует справедливость!» (решение Элистинского городского суда Республики Калмыкия от 02.06.2023);</w:t>
            </w:r>
          </w:p>
        </w:tc>
        <w:tc>
          <w:tcPr>
            <w:tcW w:type="dxa" w:w="2880"/>
          </w:tcPr>
          <w:p>
            <w:r>
              <w:t>04.08.2023</w:t>
            </w:r>
          </w:p>
        </w:tc>
      </w:tr>
      <w:tr>
        <w:tc>
          <w:tcPr>
            <w:tcW w:type="dxa" w:w="2880"/>
          </w:tcPr>
          <w:p>
            <w:r>
              <w:t>5362.</w:t>
            </w:r>
          </w:p>
        </w:tc>
        <w:tc>
          <w:tcPr>
            <w:tcW w:type="dxa" w:w="2880"/>
          </w:tcPr>
          <w:p>
            <w:r>
              <w:t xml:space="preserve">Информационный материал – аудиозапись исполнителя Le_Da_Vi с названием «Мусорам (ft. Гончарик [Живущие Рэпом]», продолжительностью около 03 минут 55 секунд, которая начинается словами на русском языке, исполняемым мужским голосом под музыку: «Ноги вели по дороге…», заканчивается </w:t>
              <w:br/>
              <w:br/>
              <w:t>словами «…мусорам – fuck you», содержащаяся в информационно-телекоммуникационной сети «Интернет» (решение Североморского районного суда Мурманской области от 07.06.2023);</w:t>
            </w:r>
          </w:p>
        </w:tc>
        <w:tc>
          <w:tcPr>
            <w:tcW w:type="dxa" w:w="2880"/>
          </w:tcPr>
          <w:p>
            <w:r>
              <w:t>10.08.2023</w:t>
            </w:r>
          </w:p>
        </w:tc>
      </w:tr>
      <w:tr>
        <w:tc>
          <w:tcPr>
            <w:tcW w:type="dxa" w:w="2880"/>
          </w:tcPr>
          <w:p>
            <w:r>
              <w:t>5363.</w:t>
            </w:r>
          </w:p>
        </w:tc>
        <w:tc>
          <w:tcPr>
            <w:tcW w:type="dxa" w:w="2880"/>
          </w:tcPr>
          <w:p>
            <w:r>
              <w:t>Информационный материал, представленный в виде статьи с заголовком «Он не остановится, пока его не остановят», начинающейся со слов «В феврале стало совершенно ясно…» и заканчивающейся словами «…и не бояться ни штрафов ни тюрьмы. На кону наша жизнь», размещенной в выпуске № 9 (1511) газеты «Арсеньевские вести», вышедшем в свет 02.03.2022 (решение Фрунзенского районного суда г. Владивостока Приморского края от 10.06.2022, апелляционное определение судебной коллегии по административным делам Приморского краевого суда от 12.10.2022 и кассационное определение судебной коллегии по административным делам Девятого кассационного суда общей юрисдикции от 25.01.2023);</w:t>
            </w:r>
          </w:p>
        </w:tc>
        <w:tc>
          <w:tcPr>
            <w:tcW w:type="dxa" w:w="2880"/>
          </w:tcPr>
          <w:p>
            <w:r>
              <w:t>11.08.2023</w:t>
            </w:r>
          </w:p>
        </w:tc>
      </w:tr>
      <w:tr>
        <w:tc>
          <w:tcPr>
            <w:tcW w:type="dxa" w:w="2880"/>
          </w:tcPr>
          <w:p>
            <w:r>
              <w:t>5364.</w:t>
            </w:r>
          </w:p>
        </w:tc>
        <w:tc>
          <w:tcPr>
            <w:tcW w:type="dxa" w:w="2880"/>
          </w:tcPr>
          <w:p>
            <w:r>
              <w:t>Видеофайл «Схиигумен Сергий обратился к Путину! Почему Вы молчите?», продолжительность 18 минут 30 секунд, начинается словами: «Дорогие отцы, браться и сестры! Святейший Патриарх Московский и всея Руси»…., заканчивается словами: «…Молитесь – Родина в опасности! Последнее слово за Богом!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5365.</w:t>
            </w:r>
          </w:p>
        </w:tc>
        <w:tc>
          <w:tcPr>
            <w:tcW w:type="dxa" w:w="2880"/>
          </w:tcPr>
          <w:p>
            <w:r>
              <w:t>Видеофайл «Кто посягает на закрытие храмов – анафема_Схиигумен Сергий» «Проповедь Романова Н.В. от 25.04.2020», продолжительность 17 минут 3 секунды, начинается словами: «Как могло случиться, что мы превратились из православных в неверных…», заканчивается словами: «…христоубийцы понесут свое. Рано…рано радуетесь. враги Христовы. Бог поругаем не бывает. Мы,  русские, с нами Бог! Царь православный среди нас! Богу нашему слава! Ныне и присно и во веки веков!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5366.</w:t>
            </w:r>
          </w:p>
        </w:tc>
        <w:tc>
          <w:tcPr>
            <w:tcW w:type="dxa" w:w="2880"/>
          </w:tcPr>
          <w:p>
            <w:r>
              <w:t>Видеофайл «Надо бояться только Бога», продолжительность 20 минут 20 секунд, начинается словами: «Сегодня церковь празднует день Святой Троицы Пятидесятницы…», заканчивается словами: «…Да поможет нам всем в этом Господь Бог!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5367.</w:t>
            </w:r>
          </w:p>
        </w:tc>
        <w:tc>
          <w:tcPr>
            <w:tcW w:type="dxa" w:w="2880"/>
          </w:tcPr>
          <w:p>
            <w:r>
              <w:t>Видеофайл «Священник проклял Путина и призвал выдворить его в Биробиджан», продолжительность 10 минут 35 секунд (решение Верхнепышминского городского суда Свердловской области от 10.01.2023);</w:t>
            </w:r>
          </w:p>
        </w:tc>
        <w:tc>
          <w:tcPr>
            <w:tcW w:type="dxa" w:w="2880"/>
          </w:tcPr>
          <w:p>
            <w:r>
              <w:t>31.08.2023</w:t>
            </w:r>
          </w:p>
        </w:tc>
      </w:tr>
      <w:tr>
        <w:tc>
          <w:tcPr>
            <w:tcW w:type="dxa" w:w="2880"/>
          </w:tcPr>
          <w:p>
            <w:r>
              <w:t>5368.</w:t>
            </w:r>
          </w:p>
        </w:tc>
        <w:tc>
          <w:tcPr>
            <w:tcW w:type="dxa" w:w="2880"/>
          </w:tcPr>
          <w:p>
            <w:r>
              <w:t>Видеофайл «Схиигумен Сергий (Романов) – от РСФСР к Святой России», продолжительность 6 минут 52 секунды, начинающийся словами: «Боль в сердце моем напоминает нам и мне о могучей державе…», заканчивается словами: «…Ответьте мне на вопрос, русские и все национальности мира, - Кто правит вами, кто правит Россией?» (решение Верхнепышминского городского суда Свердловской области от 10.01.2023);</w:t>
            </w:r>
          </w:p>
        </w:tc>
        <w:tc>
          <w:tcPr>
            <w:tcW w:type="dxa" w:w="2880"/>
          </w:tcPr>
          <w:p>
            <w:r>
              <w:t>31.08.2023</w:t>
            </w:r>
          </w:p>
        </w:tc>
      </w:tr>
      <w:tr>
        <w:tc>
          <w:tcPr>
            <w:tcW w:type="dxa" w:w="2880"/>
          </w:tcPr>
          <w:p>
            <w:r>
              <w:t>5369.</w:t>
            </w:r>
          </w:p>
        </w:tc>
        <w:tc>
          <w:tcPr>
            <w:tcW w:type="dxa" w:w="2880"/>
          </w:tcPr>
          <w:p>
            <w:r>
              <w:t>Видеофайл «Ответ схиигумена Сергия (Романова), записан Романовым Н.В. по поводу церковного суда в отношении его.  Начинается словами: «Дорогие отцы, братья и сестры! Много кривотолков на данный момент ходит вокруг моего имени…», заканчивается словами: «….и вовеки веков!» (решение Верхнепышминского городского суда Свердловской области от 10.01.2023);</w:t>
            </w:r>
          </w:p>
        </w:tc>
        <w:tc>
          <w:tcPr>
            <w:tcW w:type="dxa" w:w="2880"/>
          </w:tcPr>
          <w:p>
            <w:r>
              <w:t>31.08.2023</w:t>
            </w:r>
          </w:p>
        </w:tc>
      </w:tr>
      <w:tr>
        <w:tc>
          <w:tcPr>
            <w:tcW w:type="dxa" w:w="2880"/>
          </w:tcPr>
          <w:p>
            <w:r>
              <w:t>5370.</w:t>
            </w:r>
          </w:p>
        </w:tc>
        <w:tc>
          <w:tcPr>
            <w:tcW w:type="dxa" w:w="2880"/>
          </w:tcPr>
          <w:p>
            <w:r>
              <w:t>Видеофайл «Схиигумен Сергий. Путин, Ленин и стрельба на Лубянке», продолжительность 30 минут 5 секунд, начинается словами: «Дорогие отцы, братья и сестры с праздником! – С праздником, отец Сергий! Некоторые русские старцы говорили, что антихрист придет из России…», заканчивается словами: «…Где Бог – там победа! Аминь!» (решение Верхнепышминского городского суда Свердловской области от 10.01.2023);</w:t>
            </w:r>
          </w:p>
        </w:tc>
        <w:tc>
          <w:tcPr>
            <w:tcW w:type="dxa" w:w="2880"/>
          </w:tcPr>
          <w:p>
            <w:r>
              <w:t>31.08.2023</w:t>
            </w:r>
          </w:p>
        </w:tc>
      </w:tr>
      <w:tr>
        <w:tc>
          <w:tcPr>
            <w:tcW w:type="dxa" w:w="2880"/>
          </w:tcPr>
          <w:p>
            <w:r>
              <w:t>5371.</w:t>
            </w:r>
          </w:p>
        </w:tc>
        <w:tc>
          <w:tcPr>
            <w:tcW w:type="dxa" w:w="2880"/>
          </w:tcPr>
          <w:p>
            <w:r>
              <w:t>Видеофайл «Схиигумен Сергий Романов – Иуды/Видео после церковного суда», продолжительность 9 минут  56 секунд, начинается словами: «Дорогие отцы и братья всех национальностей. Обращаюсь ко всем вам внимательно прослушать мою проповедь», заканчивается словами: «… и вовеки веков!» (решение Верхнепышминского городского суда Свердловской области от 10.01.2023);</w:t>
            </w:r>
          </w:p>
        </w:tc>
        <w:tc>
          <w:tcPr>
            <w:tcW w:type="dxa" w:w="2880"/>
          </w:tcPr>
          <w:p>
            <w:r>
              <w:t>31.08.2023</w:t>
            </w:r>
          </w:p>
        </w:tc>
      </w:tr>
      <w:tr>
        <w:tc>
          <w:tcPr>
            <w:tcW w:type="dxa" w:w="2880"/>
          </w:tcPr>
          <w:p>
            <w:r>
              <w:t>5372.</w:t>
            </w:r>
          </w:p>
        </w:tc>
        <w:tc>
          <w:tcPr>
            <w:tcW w:type="dxa" w:w="2880"/>
          </w:tcPr>
          <w:p>
            <w:r>
              <w:t>Распространенный в сети «Интернет» информационный материал – видео-, аудиозапись и текст песни исполнителя THRIP XANNY с наименованием «Колумбайн» продолжительностью около 2 минут 00 секунд, которая начинается словами, исполняемым мужским голосом под музыку: «Залетаю в школу – одноклассника по стенам…», заканчивается словами: «В 11:00 разбил я кафетерий» (решение Кольского районного суда Мурманской области (постоянное судебное присутствие в закрытом административно-территориальном образовании городе Заозерск Мурманской области) от 06.07.2023);</w:t>
            </w:r>
          </w:p>
        </w:tc>
        <w:tc>
          <w:tcPr>
            <w:tcW w:type="dxa" w:w="2880"/>
          </w:tcPr>
          <w:p>
            <w:r>
              <w:t>31.08.2023</w:t>
            </w:r>
          </w:p>
        </w:tc>
      </w:tr>
      <w:tr>
        <w:tc>
          <w:tcPr>
            <w:tcW w:type="dxa" w:w="2880"/>
          </w:tcPr>
          <w:p>
            <w:r>
              <w:t>5373.</w:t>
            </w:r>
          </w:p>
        </w:tc>
        <w:tc>
          <w:tcPr>
            <w:tcW w:type="dxa" w:w="2880"/>
          </w:tcPr>
          <w:p>
            <w:r>
              <w:t>Видеоролик с наименованием «Сценарий: Распад России//Выход Калмыкии и Бурятии», имеющий длительность 43 мин. 15 сек., который начинается со слов «Доржо здравствуйте! Я Вас немножко представлю, вы меня поправляйте, если что – не верно..» и заканчивается словами: «За это вам огромное спасибо, что вы разработали, разрабатываете одну из возможных программ, что у народа будет выбор. Спасибо большое, что ответили на все мои вопросы, что были искренни. Благодарю Вас» (решение Элистинского городского суда Республики Калмыкия от 16.06.2023);</w:t>
            </w:r>
          </w:p>
        </w:tc>
        <w:tc>
          <w:tcPr>
            <w:tcW w:type="dxa" w:w="2880"/>
          </w:tcPr>
          <w:p>
            <w:r>
              <w:t>14.09.2023</w:t>
            </w:r>
          </w:p>
        </w:tc>
      </w:tr>
      <w:tr>
        <w:tc>
          <w:tcPr>
            <w:tcW w:type="dxa" w:w="2880"/>
          </w:tcPr>
          <w:p>
            <w:r>
              <w:t>5374.</w:t>
            </w:r>
          </w:p>
        </w:tc>
        <w:tc>
          <w:tcPr>
            <w:tcW w:type="dxa" w:w="2880"/>
          </w:tcPr>
          <w:p>
            <w:r>
              <w:t>Текст книги «Siege» («Осада»), опубликованной 05.09.2017 в электронном формате на 527 страницах (3-е издание) под авторством Джеймса Мейсона (Мэйсона) (решение Приморского районного суда Санкт-Петербурга от 03.07.2023);</w:t>
            </w:r>
          </w:p>
        </w:tc>
        <w:tc>
          <w:tcPr>
            <w:tcW w:type="dxa" w:w="2880"/>
          </w:tcPr>
          <w:p>
            <w:r>
              <w:t>26.09.2023</w:t>
            </w:r>
          </w:p>
        </w:tc>
      </w:tr>
      <w:tr>
        <w:tc>
          <w:tcPr>
            <w:tcW w:type="dxa" w:w="2880"/>
          </w:tcPr>
          <w:p>
            <w:r>
              <w:t>5375.</w:t>
            </w:r>
          </w:p>
        </w:tc>
        <w:tc>
          <w:tcPr>
            <w:tcW w:type="dxa" w:w="2880"/>
          </w:tcPr>
          <w:p>
            <w:r>
              <w:t>Стихотворение Юрия Нестеренко с названием «Русским оккупантам», которое начинается со слов: «Как вы будете драпать, с…ки!...», заканчивается словами: «А в бомжи или в грузы 200 – Это, с…ки, как повезет.» (решение Сыктывкарского городского суда Республики Коми от 02.08.2023);</w:t>
            </w:r>
          </w:p>
        </w:tc>
        <w:tc>
          <w:tcPr>
            <w:tcW w:type="dxa" w:w="2880"/>
          </w:tcPr>
          <w:p>
            <w:r>
              <w:t>26.09.2023</w:t>
            </w:r>
          </w:p>
        </w:tc>
      </w:tr>
      <w:tr>
        <w:tc>
          <w:tcPr>
            <w:tcW w:type="dxa" w:w="2880"/>
          </w:tcPr>
          <w:p>
            <w:r>
              <w:t>5376.</w:t>
            </w:r>
          </w:p>
        </w:tc>
        <w:tc>
          <w:tcPr>
            <w:tcW w:type="dxa" w:w="2880"/>
          </w:tcPr>
          <w:p>
            <w:r>
              <w:t>Аудиозапись и текст песни с названием «Выйди на улицу» продолжительностью 1 мин. 43 сек., которая начинается словами «Черные подвалы, обосс…е чердаки…» и заканчивается словами «Выйди на улицу, верни себе город!» (решение Калужского районного суда Калужской области от 03.05.2023);</w:t>
            </w:r>
          </w:p>
        </w:tc>
        <w:tc>
          <w:tcPr>
            <w:tcW w:type="dxa" w:w="2880"/>
          </w:tcPr>
          <w:p>
            <w:r>
              <w:t>11.10.2023</w:t>
            </w:r>
          </w:p>
        </w:tc>
      </w:tr>
      <w:tr>
        <w:tc>
          <w:tcPr>
            <w:tcW w:type="dxa" w:w="2880"/>
          </w:tcPr>
          <w:p>
            <w:r>
              <w:t>5377.</w:t>
            </w:r>
          </w:p>
        </w:tc>
        <w:tc>
          <w:tcPr>
            <w:tcW w:type="dxa" w:w="2880"/>
          </w:tcPr>
          <w:p>
            <w:r>
              <w:t>Аудиозапись и текст песни с названием «Обывалам» продолжительностью 2 мин. 06 сек., которая начинается словами «Ваши мысли о том, чтобы денег собрать…» и заканчивается словами «Пусть на убой он идет со стадом и от удара ногой, подумай головой» (решение Калужского районного суда Калужской области от 03.05.2023);</w:t>
            </w:r>
          </w:p>
        </w:tc>
        <w:tc>
          <w:tcPr>
            <w:tcW w:type="dxa" w:w="2880"/>
          </w:tcPr>
          <w:p>
            <w:r>
              <w:t>11.10.2023</w:t>
            </w:r>
          </w:p>
        </w:tc>
      </w:tr>
      <w:tr>
        <w:tc>
          <w:tcPr>
            <w:tcW w:type="dxa" w:w="2880"/>
          </w:tcPr>
          <w:p>
            <w:r>
              <w:t>5378.</w:t>
            </w:r>
          </w:p>
        </w:tc>
        <w:tc>
          <w:tcPr>
            <w:tcW w:type="dxa" w:w="2880"/>
          </w:tcPr>
          <w:p>
            <w:r>
              <w:t>Аудиозапись и текст песни без названия продолжительностью 1 мин. 09 сек., которая начинается словами «Тебя еб…т прямо в центре, в карман подкинут наркоту…» и заканчивается словами «Твоя страна-твоя могила, твой город-твой морг» (решение Калужского районного суда Калужской области от 03.05.2023);</w:t>
            </w:r>
          </w:p>
        </w:tc>
        <w:tc>
          <w:tcPr>
            <w:tcW w:type="dxa" w:w="2880"/>
          </w:tcPr>
          <w:p>
            <w:r>
              <w:t>11.10.2023</w:t>
            </w:r>
          </w:p>
        </w:tc>
      </w:tr>
      <w:tr>
        <w:tc>
          <w:tcPr>
            <w:tcW w:type="dxa" w:w="2880"/>
          </w:tcPr>
          <w:p>
            <w:r>
              <w:t>5379.</w:t>
            </w:r>
          </w:p>
        </w:tc>
        <w:tc>
          <w:tcPr>
            <w:tcW w:type="dxa" w:w="2880"/>
          </w:tcPr>
          <w:p>
            <w:r>
              <w:t>Видеофайл «Максим Базылев – Право решать» (решение Ленинского районного суда г. Екатеринбурга от 31.03.2023);</w:t>
            </w:r>
          </w:p>
        </w:tc>
        <w:tc>
          <w:tcPr>
            <w:tcW w:type="dxa" w:w="2880"/>
          </w:tcPr>
          <w:p>
            <w:r>
              <w:t>11.10.2023</w:t>
            </w:r>
          </w:p>
        </w:tc>
      </w:tr>
      <w:tr>
        <w:tc>
          <w:tcPr>
            <w:tcW w:type="dxa" w:w="2880"/>
          </w:tcPr>
          <w:p>
            <w:r>
              <w:t>5380.</w:t>
            </w:r>
          </w:p>
        </w:tc>
        <w:tc>
          <w:tcPr>
            <w:tcW w:type="dxa" w:w="2880"/>
          </w:tcPr>
          <w:p>
            <w:r>
              <w:t>«Русский стяг – Правильная речь» (решение Ленинского районного суда г. Екатеринбурга от 31.03.2023);</w:t>
            </w:r>
          </w:p>
        </w:tc>
        <w:tc>
          <w:tcPr>
            <w:tcW w:type="dxa" w:w="2880"/>
          </w:tcPr>
          <w:p>
            <w:r>
              <w:t>11.10.2023</w:t>
            </w:r>
          </w:p>
        </w:tc>
      </w:tr>
      <w:tr>
        <w:tc>
          <w:tcPr>
            <w:tcW w:type="dxa" w:w="2880"/>
          </w:tcPr>
          <w:p>
            <w:r>
              <w:t>5381.</w:t>
            </w:r>
          </w:p>
        </w:tc>
        <w:tc>
          <w:tcPr>
            <w:tcW w:type="dxa" w:w="2880"/>
          </w:tcPr>
          <w:p>
            <w:r>
              <w:t>Аудиофайл «Русский стяг – РОА» (решение Ленинского районного суда г. Екатеринбурга от 31.03.2023);</w:t>
            </w:r>
          </w:p>
        </w:tc>
        <w:tc>
          <w:tcPr>
            <w:tcW w:type="dxa" w:w="2880"/>
          </w:tcPr>
          <w:p>
            <w:r>
              <w:t>11.10.2023</w:t>
            </w:r>
          </w:p>
        </w:tc>
      </w:tr>
      <w:tr>
        <w:tc>
          <w:tcPr>
            <w:tcW w:type="dxa" w:w="2880"/>
          </w:tcPr>
          <w:p>
            <w:r>
              <w:t>5382.</w:t>
            </w:r>
          </w:p>
        </w:tc>
        <w:tc>
          <w:tcPr>
            <w:tcW w:type="dxa" w:w="2880"/>
          </w:tcPr>
          <w:p>
            <w:r>
              <w:t>Текстовый документ «Дмитрий Честный – Огонь!.doc» (решение Ленинского районного суда г. Екатеринбурга от 31.03.2023);</w:t>
            </w:r>
          </w:p>
        </w:tc>
        <w:tc>
          <w:tcPr>
            <w:tcW w:type="dxa" w:w="2880"/>
          </w:tcPr>
          <w:p>
            <w:r>
              <w:t>11.10.2023</w:t>
            </w:r>
          </w:p>
        </w:tc>
      </w:tr>
      <w:tr>
        <w:tc>
          <w:tcPr>
            <w:tcW w:type="dxa" w:w="2880"/>
          </w:tcPr>
          <w:p>
            <w:r>
              <w:t>5383.</w:t>
            </w:r>
          </w:p>
        </w:tc>
        <w:tc>
          <w:tcPr>
            <w:tcW w:type="dxa" w:w="2880"/>
          </w:tcPr>
          <w:p>
            <w:r>
              <w:t>Текстовый документ «Дмитрий Честный – Становление.doc» (решение Ленинского районного суда г. Екатеринбурга от 31.03.2023);</w:t>
            </w:r>
          </w:p>
        </w:tc>
        <w:tc>
          <w:tcPr>
            <w:tcW w:type="dxa" w:w="2880"/>
          </w:tcPr>
          <w:p>
            <w:r>
              <w:t>11.10.2023</w:t>
            </w:r>
          </w:p>
        </w:tc>
      </w:tr>
      <w:tr>
        <w:tc>
          <w:tcPr>
            <w:tcW w:type="dxa" w:w="2880"/>
          </w:tcPr>
          <w:p>
            <w:r>
              <w:t>5384.</w:t>
            </w:r>
          </w:p>
        </w:tc>
        <w:tc>
          <w:tcPr>
            <w:tcW w:type="dxa" w:w="2880"/>
          </w:tcPr>
          <w:p>
            <w:r>
              <w:t>Текстовый документ «Дмитрий Честный – RussianWill.doc» (решение Ленинского районного суда г. Екатеринбурга от 31.03.2023);</w:t>
            </w:r>
          </w:p>
        </w:tc>
        <w:tc>
          <w:tcPr>
            <w:tcW w:type="dxa" w:w="2880"/>
          </w:tcPr>
          <w:p>
            <w:r>
              <w:t>11.10.2023</w:t>
            </w:r>
          </w:p>
        </w:tc>
      </w:tr>
      <w:tr>
        <w:tc>
          <w:tcPr>
            <w:tcW w:type="dxa" w:w="2880"/>
          </w:tcPr>
          <w:p>
            <w:r>
              <w:t>5385.</w:t>
            </w:r>
          </w:p>
        </w:tc>
        <w:tc>
          <w:tcPr>
            <w:tcW w:type="dxa" w:w="2880"/>
          </w:tcPr>
          <w:p>
            <w:r>
              <w:t>Текстовый документ «Скинхеды – Интервью. doc» (решение Ленинского районного суда г. Екатеринбурга от 31.03.2023);</w:t>
            </w:r>
          </w:p>
        </w:tc>
        <w:tc>
          <w:tcPr>
            <w:tcW w:type="dxa" w:w="2880"/>
          </w:tcPr>
          <w:p>
            <w:r>
              <w:t>11.10.2023</w:t>
            </w:r>
          </w:p>
        </w:tc>
      </w:tr>
      <w:tr>
        <w:tc>
          <w:tcPr>
            <w:tcW w:type="dxa" w:w="2880"/>
          </w:tcPr>
          <w:p>
            <w:r>
              <w:t>5386.</w:t>
            </w:r>
          </w:p>
        </w:tc>
        <w:tc>
          <w:tcPr>
            <w:tcW w:type="dxa" w:w="2880"/>
          </w:tcPr>
          <w:p>
            <w:r>
              <w:t>Текстовый документ «Памятка пропагандиста.doc» (решение Ленинского районного суда г. Екатеринбурга от 31.03.2023);</w:t>
            </w:r>
          </w:p>
        </w:tc>
        <w:tc>
          <w:tcPr>
            <w:tcW w:type="dxa" w:w="2880"/>
          </w:tcPr>
          <w:p>
            <w:r>
              <w:t>11.10.2023</w:t>
            </w:r>
          </w:p>
        </w:tc>
      </w:tr>
      <w:tr>
        <w:tc>
          <w:tcPr>
            <w:tcW w:type="dxa" w:w="2880"/>
          </w:tcPr>
          <w:p>
            <w:r>
              <w:t>5387.</w:t>
            </w:r>
          </w:p>
        </w:tc>
        <w:tc>
          <w:tcPr>
            <w:tcW w:type="dxa" w:w="2880"/>
          </w:tcPr>
          <w:p>
            <w:r>
              <w:t>Роман Дмитрия Нестерова «Скины: Русь пробуждается» (решение Ленинского районного суда г. Екатеринбурга от 31.03.2023);</w:t>
            </w:r>
          </w:p>
        </w:tc>
        <w:tc>
          <w:tcPr>
            <w:tcW w:type="dxa" w:w="2880"/>
          </w:tcPr>
          <w:p>
            <w:r>
              <w:t>11.10.2023</w:t>
            </w:r>
          </w:p>
        </w:tc>
      </w:tr>
      <w:tr>
        <w:tc>
          <w:tcPr>
            <w:tcW w:type="dxa" w:w="2880"/>
          </w:tcPr>
          <w:p>
            <w:r>
              <w:t>5388.</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правых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от 31.03.2023);</w:t>
            </w:r>
          </w:p>
        </w:tc>
        <w:tc>
          <w:tcPr>
            <w:tcW w:type="dxa" w:w="2880"/>
          </w:tcPr>
          <w:p>
            <w:r>
              <w:t>11.10.2023</w:t>
            </w:r>
          </w:p>
        </w:tc>
      </w:tr>
      <w:tr>
        <w:tc>
          <w:tcPr>
            <w:tcW w:type="dxa" w:w="2880"/>
          </w:tcPr>
          <w:p>
            <w:r>
              <w:t>5389.</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от 31.03.2023);</w:t>
            </w:r>
          </w:p>
        </w:tc>
        <w:tc>
          <w:tcPr>
            <w:tcW w:type="dxa" w:w="2880"/>
          </w:tcPr>
          <w:p>
            <w:r>
              <w:t>11.10.2023</w:t>
            </w:r>
          </w:p>
        </w:tc>
      </w:tr>
      <w:tr>
        <w:tc>
          <w:tcPr>
            <w:tcW w:type="dxa" w:w="2880"/>
          </w:tcPr>
          <w:p>
            <w:r>
              <w:t>5390.</w:t>
            </w:r>
          </w:p>
        </w:tc>
        <w:tc>
          <w:tcPr>
            <w:tcW w:type="dxa" w:w="2880"/>
          </w:tcPr>
          <w:p>
            <w:r>
              <w:t>2 аудиозаписи: «Железный порядок – Белые Шнурки», «Коловрат – Гордость За Расу И Нацию» (решение Ленинского районного суда г. Екатеринбурга от 31.03.2023);</w:t>
            </w:r>
          </w:p>
        </w:tc>
        <w:tc>
          <w:tcPr>
            <w:tcW w:type="dxa" w:w="2880"/>
          </w:tcPr>
          <w:p>
            <w:r>
              <w:t>11.10.2023</w:t>
            </w:r>
          </w:p>
        </w:tc>
      </w:tr>
      <w:tr>
        <w:tc>
          <w:tcPr>
            <w:tcW w:type="dxa" w:w="2880"/>
          </w:tcPr>
          <w:p>
            <w:r>
              <w:t>5391.</w:t>
            </w:r>
          </w:p>
        </w:tc>
        <w:tc>
          <w:tcPr>
            <w:tcW w:type="dxa" w:w="2880"/>
          </w:tcPr>
          <w:p>
            <w:r>
              <w:t>Запись, представляющая собой «репост» записи сообщества «КЛАН БЕЛОЙ КРОВИ», размещенная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 Лермонтов. НО ВСЕ ПОЧЕМУ – ТО ЗАПОМНИЛИ «я люблю Кавказ» (решение Ленинского районного суда г. Екатеринбурга от 31.03.2023);</w:t>
            </w:r>
          </w:p>
        </w:tc>
        <w:tc>
          <w:tcPr>
            <w:tcW w:type="dxa" w:w="2880"/>
          </w:tcPr>
          <w:p>
            <w:r>
              <w:t>11.10.2023</w:t>
            </w:r>
          </w:p>
        </w:tc>
      </w:tr>
      <w:tr>
        <w:tc>
          <w:tcPr>
            <w:tcW w:type="dxa" w:w="2880"/>
          </w:tcPr>
          <w:p>
            <w:r>
              <w:t>5392.</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размещенная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от 31.03.2023);</w:t>
            </w:r>
          </w:p>
        </w:tc>
        <w:tc>
          <w:tcPr>
            <w:tcW w:type="dxa" w:w="2880"/>
          </w:tcPr>
          <w:p>
            <w:r>
              <w:t>11.10.2023</w:t>
            </w:r>
          </w:p>
        </w:tc>
      </w:tr>
      <w:tr>
        <w:tc>
          <w:tcPr>
            <w:tcW w:type="dxa" w:w="2880"/>
          </w:tcPr>
          <w:p>
            <w:r>
              <w:t>5393.</w:t>
            </w:r>
          </w:p>
        </w:tc>
        <w:tc>
          <w:tcPr>
            <w:tcW w:type="dxa" w:w="2880"/>
          </w:tcPr>
          <w:p>
            <w:r>
              <w:t>Аудиозапись «Бритоголовые Идут – ДИВ – «Давай На Рынок» (решение Ленинского районного суда г. Екатеринбурга от 31.03.2023);</w:t>
            </w:r>
          </w:p>
        </w:tc>
        <w:tc>
          <w:tcPr>
            <w:tcW w:type="dxa" w:w="2880"/>
          </w:tcPr>
          <w:p>
            <w:r>
              <w:t>11.10.2023</w:t>
            </w:r>
          </w:p>
        </w:tc>
      </w:tr>
      <w:tr>
        <w:tc>
          <w:tcPr>
            <w:tcW w:type="dxa" w:w="2880"/>
          </w:tcPr>
          <w:p>
            <w:r>
              <w:t>5394.</w:t>
            </w:r>
          </w:p>
        </w:tc>
        <w:tc>
          <w:tcPr>
            <w:tcW w:type="dxa" w:w="2880"/>
          </w:tcPr>
          <w:p>
            <w:r>
              <w:t>Печатное издание: книга Я. Стецько «Двi революцii», м. Марiуполь, 2015, издательство «Цивiльного корпусу «Азов» (решение Буденновского межрайонного суда города Донецка Донецкой Народной Республики от 24.03.2023);</w:t>
            </w:r>
          </w:p>
        </w:tc>
        <w:tc>
          <w:tcPr>
            <w:tcW w:type="dxa" w:w="2880"/>
          </w:tcPr>
          <w:p>
            <w:r>
              <w:t>31.10.2023</w:t>
            </w:r>
          </w:p>
        </w:tc>
      </w:tr>
      <w:tr>
        <w:tc>
          <w:tcPr>
            <w:tcW w:type="dxa" w:w="2880"/>
          </w:tcPr>
          <w:p>
            <w:r>
              <w:t>5395.</w:t>
            </w:r>
          </w:p>
        </w:tc>
        <w:tc>
          <w:tcPr>
            <w:tcW w:type="dxa" w:w="2880"/>
          </w:tcPr>
          <w:p>
            <w:r>
              <w:t>Печатное издание: книга Я. Оршан «Доба нацiоналiзму», м. Марiуполь, 2015, изданная при содействии «Цивiльного корпусу «Азов» (решение Буденновского межрайонного суда города Донецка Донецкой Народной Республики от 24.03.2023);</w:t>
            </w:r>
          </w:p>
        </w:tc>
        <w:tc>
          <w:tcPr>
            <w:tcW w:type="dxa" w:w="2880"/>
          </w:tcPr>
          <w:p>
            <w:r>
              <w:t>31.10.2023</w:t>
            </w:r>
          </w:p>
        </w:tc>
      </w:tr>
      <w:tr>
        <w:tc>
          <w:tcPr>
            <w:tcW w:type="dxa" w:w="2880"/>
          </w:tcPr>
          <w:p>
            <w:r>
              <w:t>5396.</w:t>
            </w:r>
          </w:p>
        </w:tc>
        <w:tc>
          <w:tcPr>
            <w:tcW w:type="dxa" w:w="2880"/>
          </w:tcPr>
          <w:p>
            <w:r>
              <w:t>Стихотворение Струковой Марины без названия, начинающееся со слов «Россия – бесполезная страна…», заканчивающееся словами «Россия останавливать не станет.» (решение Центрального районного суда г. Красноярска от 01.08.2023);</w:t>
            </w:r>
          </w:p>
        </w:tc>
        <w:tc>
          <w:tcPr>
            <w:tcW w:type="dxa" w:w="2880"/>
          </w:tcPr>
          <w:p>
            <w:r>
              <w:t>13.11.2023</w:t>
            </w:r>
          </w:p>
        </w:tc>
      </w:tr>
      <w:tr>
        <w:tc>
          <w:tcPr>
            <w:tcW w:type="dxa" w:w="2880"/>
          </w:tcPr>
          <w:p>
            <w:r>
              <w:t>5397.</w:t>
            </w:r>
          </w:p>
        </w:tc>
        <w:tc>
          <w:tcPr>
            <w:tcW w:type="dxa" w:w="2880"/>
          </w:tcPr>
          <w:p>
            <w:r>
              <w:t>Стихотворение Струковой Марины под названием «Мы здесь», начинающееся со слов «Сердце рунами «зиг» пронизала гроза,…», заканчивающееся словами «Вы не ждали, а мы уже здесь.» (решение Центрального районного суда г. Красноярска от 01.08.2023);</w:t>
            </w:r>
          </w:p>
        </w:tc>
        <w:tc>
          <w:tcPr>
            <w:tcW w:type="dxa" w:w="2880"/>
          </w:tcPr>
          <w:p>
            <w:r>
              <w:t>13.11.2023</w:t>
            </w:r>
          </w:p>
        </w:tc>
      </w:tr>
      <w:tr>
        <w:tc>
          <w:tcPr>
            <w:tcW w:type="dxa" w:w="2880"/>
          </w:tcPr>
          <w:p>
            <w:r>
              <w:t>5398.</w:t>
            </w:r>
          </w:p>
        </w:tc>
        <w:tc>
          <w:tcPr>
            <w:tcW w:type="dxa" w:w="2880"/>
          </w:tcPr>
          <w:p>
            <w:r>
              <w:t>Стихотворение Струковой Марины под названием «Русскому скинхеду», начинающееся со слов «Застыла Россия в разрухе и голоде,…», заканчивающееся словами «За белые дни…» (решение Центрального районного суда г. Красноярска от 01.08.2023);</w:t>
            </w:r>
          </w:p>
        </w:tc>
        <w:tc>
          <w:tcPr>
            <w:tcW w:type="dxa" w:w="2880"/>
          </w:tcPr>
          <w:p>
            <w:r>
              <w:t>13.11.2023</w:t>
            </w:r>
          </w:p>
        </w:tc>
      </w:tr>
      <w:tr>
        <w:tc>
          <w:tcPr>
            <w:tcW w:type="dxa" w:w="2880"/>
          </w:tcPr>
          <w:p>
            <w:r>
              <w:t>5399.</w:t>
            </w:r>
          </w:p>
        </w:tc>
        <w:tc>
          <w:tcPr>
            <w:tcW w:type="dxa" w:w="2880"/>
          </w:tcPr>
          <w:p>
            <w:r>
              <w:t>Стихотворение Струковой Марины под названием «Офицеру-националисту», начинающееся со слов «Если мы покоримся, страну обречем,…», заканчивающееся словами «с медальоном SS ты идешь вдоль домов» (решение Центрального районного суда г. Красноярска от 01.08.2023);</w:t>
            </w:r>
          </w:p>
        </w:tc>
        <w:tc>
          <w:tcPr>
            <w:tcW w:type="dxa" w:w="2880"/>
          </w:tcPr>
          <w:p>
            <w:r>
              <w:t>13.11.2023</w:t>
            </w:r>
          </w:p>
        </w:tc>
      </w:tr>
      <w:tr>
        <w:tc>
          <w:tcPr>
            <w:tcW w:type="dxa" w:w="2880"/>
          </w:tcPr>
          <w:p>
            <w:r>
              <w:t>5400.</w:t>
            </w:r>
          </w:p>
        </w:tc>
        <w:tc>
          <w:tcPr>
            <w:tcW w:type="dxa" w:w="2880"/>
          </w:tcPr>
          <w:p>
            <w:r>
              <w:t>Стихотворение Струковой Марины под названием «Право на фашизм», начинающееся со слов «Давно зовут иуды-журналисты…», заканчивающееся словами «Будет вам награда за труды!» (решение Центрального районного суда г. Красноярска от 01.08.2023);</w:t>
            </w:r>
          </w:p>
        </w:tc>
        <w:tc>
          <w:tcPr>
            <w:tcW w:type="dxa" w:w="2880"/>
          </w:tcPr>
          <w:p>
            <w:r>
              <w:t>13.11.2023</w:t>
            </w:r>
          </w:p>
        </w:tc>
      </w:tr>
      <w:tr>
        <w:tc>
          <w:tcPr>
            <w:tcW w:type="dxa" w:w="2880"/>
          </w:tcPr>
          <w:p>
            <w:r>
              <w:t>5401.</w:t>
            </w:r>
          </w:p>
        </w:tc>
        <w:tc>
          <w:tcPr>
            <w:tcW w:type="dxa" w:w="2880"/>
          </w:tcPr>
          <w:p>
            <w:r>
              <w:t>Стихотворение Струковой Марины без названия, начинающееся со слов «Гордый мальчик, русый, сероглазый,…», заканчивающееся словами «и того, что в этом сила, брат.» (решение Центрального районного суда г. Красноярска от 01.08.2023);</w:t>
            </w:r>
          </w:p>
        </w:tc>
        <w:tc>
          <w:tcPr>
            <w:tcW w:type="dxa" w:w="2880"/>
          </w:tcPr>
          <w:p>
            <w:r>
              <w:t>13.11.2023</w:t>
            </w:r>
          </w:p>
        </w:tc>
      </w:tr>
      <w:tr>
        <w:tc>
          <w:tcPr>
            <w:tcW w:type="dxa" w:w="2880"/>
          </w:tcPr>
          <w:p>
            <w:r>
              <w:t>5402.</w:t>
            </w:r>
          </w:p>
        </w:tc>
        <w:tc>
          <w:tcPr>
            <w:tcW w:type="dxa" w:w="2880"/>
          </w:tcPr>
          <w:p>
            <w:r>
              <w:t>Информационный материал в виде видеозаписи с названием «Шамиль Басаев, Грозный 1994_1995г - Свобода или Смерть!!!» продолжительностью 4 минуты 22 секунды, которая начинается с изображения Шамиля Басаева (полевой командир чеченских бандформирований) у которого берется интервью, размещенной в информационно-коммуникационной сети «Интернет» (решение Солнечногорского городского суда Московской области от 11.07.2023 и определение Солнечногорского городского суда Московской области от 23.10.2023);</w:t>
            </w:r>
          </w:p>
        </w:tc>
        <w:tc>
          <w:tcPr>
            <w:tcW w:type="dxa" w:w="2880"/>
          </w:tcPr>
          <w:p>
            <w:r>
              <w:t>14.11.2023</w:t>
            </w:r>
          </w:p>
        </w:tc>
      </w:tr>
      <w:tr>
        <w:tc>
          <w:tcPr>
            <w:tcW w:type="dxa" w:w="2880"/>
          </w:tcPr>
          <w:p>
            <w:r>
              <w:t>5403.</w:t>
            </w:r>
          </w:p>
        </w:tc>
        <w:tc>
          <w:tcPr>
            <w:tcW w:type="dxa" w:w="2880"/>
          </w:tcPr>
          <w:p>
            <w:r>
              <w:t xml:space="preserve">Видеоматериал под названием «Добровольная могилизация и обмен азовцев на кума Путина», начинающийся и оканчивающийся словами «В России во всю идет мобилизация………………по сравнению </w:t>
              <w:br/>
              <w:br/>
              <w:t>с амбициями бункерного деда», продолжительностью 13 минут 36 секунд, размещенный в информационно-телекоммуникационной сети «Интернет» (решение Фрунзенского районного суда г. Владивостока от 15.09.2023);</w:t>
            </w:r>
          </w:p>
        </w:tc>
        <w:tc>
          <w:tcPr>
            <w:tcW w:type="dxa" w:w="2880"/>
          </w:tcPr>
          <w:p>
            <w:r>
              <w:t>15.11.2023</w:t>
            </w:r>
          </w:p>
        </w:tc>
      </w:tr>
      <w:tr>
        <w:tc>
          <w:tcPr>
            <w:tcW w:type="dxa" w:w="2880"/>
          </w:tcPr>
          <w:p>
            <w:r>
              <w:t>5404.</w:t>
            </w:r>
          </w:p>
        </w:tc>
        <w:tc>
          <w:tcPr>
            <w:tcW w:type="dxa" w:w="2880"/>
          </w:tcPr>
          <w:p>
            <w:r>
              <w:t>Информационный материал – аудиозапись и текст песни исполнителей Планыч и Огнеяр с названием «Погранцы», продолжительностью 04 минуты 40 секунд, которая начинается русскими словами, исполняемыми мужским голосом под музыку: «Подо мной мир чужой, надо мной мир иной…», заканчивается словами «…защитникам белого отечества», содержащейся в информационно-коммуникационной сети «Интернет» (решение Североморского районного суда Мурманской области от 24.08.2023);</w:t>
            </w:r>
          </w:p>
        </w:tc>
        <w:tc>
          <w:tcPr>
            <w:tcW w:type="dxa" w:w="2880"/>
          </w:tcPr>
          <w:p>
            <w:r>
              <w:t>15.11.2023</w:t>
            </w:r>
          </w:p>
        </w:tc>
      </w:tr>
      <w:tr>
        <w:tc>
          <w:tcPr>
            <w:tcW w:type="dxa" w:w="2880"/>
          </w:tcPr>
          <w:p>
            <w:r>
              <w:t>5405.</w:t>
            </w:r>
          </w:p>
        </w:tc>
        <w:tc>
          <w:tcPr>
            <w:tcW w:type="dxa" w:w="2880"/>
          </w:tcPr>
          <w:p>
            <w:r>
              <w:t>Информационный материал – аудиозапись и текст песни исполнителей Планыч и Огнеяр с названием «Долой», продолжительностью 04 минуты 14 секунд, которая начинается русскими словами, исполняемыми мужским голосом под музыку: «Долой (неполиткорректное выражение) иго, долой христианский маразм…», заканчивается словами «…без китайского  перенаселения», содержащейся в информационно-коммуникационной сети «Интернет» (решение Североморского районного суда Мурманской области от 24.08.2023);</w:t>
            </w:r>
          </w:p>
        </w:tc>
        <w:tc>
          <w:tcPr>
            <w:tcW w:type="dxa" w:w="2880"/>
          </w:tcPr>
          <w:p>
            <w:r>
              <w:t>15.11.2023</w:t>
            </w:r>
          </w:p>
        </w:tc>
      </w:tr>
      <w:tr>
        <w:tc>
          <w:tcPr>
            <w:tcW w:type="dxa" w:w="2880"/>
          </w:tcPr>
          <w:p>
            <w:r>
              <w:t>5406.</w:t>
            </w:r>
          </w:p>
        </w:tc>
        <w:tc>
          <w:tcPr>
            <w:tcW w:type="dxa" w:w="2880"/>
          </w:tcPr>
          <w:p>
            <w:r>
              <w:t>Книга под названием «Маздакиты на Кавказе» автора Богатырева Б.Б., содержащая 304 страницы печатного текста (сведений об издательстве и годе издания не имеется) (решение Магасского районного суда Республики Ингушетия от 20.09.2023);</w:t>
            </w:r>
          </w:p>
        </w:tc>
        <w:tc>
          <w:tcPr>
            <w:tcW w:type="dxa" w:w="2880"/>
          </w:tcPr>
          <w:p>
            <w:r>
              <w:t>18.12.2023</w:t>
            </w:r>
          </w:p>
        </w:tc>
      </w:tr>
      <w:tr>
        <w:tc>
          <w:tcPr>
            <w:tcW w:type="dxa" w:w="2880"/>
          </w:tcPr>
          <w:p>
            <w:r>
              <w:t>5407.</w:t>
            </w:r>
          </w:p>
        </w:tc>
        <w:tc>
          <w:tcPr>
            <w:tcW w:type="dxa" w:w="2880"/>
          </w:tcPr>
          <w:p>
            <w:r>
              <w:t>Печатное издание: брошюра «Яка нацiональна iдея украïнцiв» В. Кожевнiков, Киïв, Задруга, 2014 (решение Буденновского межрайонного суда города Донецка Донецкой Народной Республики от 29.08.2023);</w:t>
            </w:r>
          </w:p>
        </w:tc>
        <w:tc>
          <w:tcPr>
            <w:tcW w:type="dxa" w:w="2880"/>
          </w:tcPr>
          <w:p>
            <w:r>
              <w:t>20.12.2023</w:t>
            </w:r>
          </w:p>
        </w:tc>
      </w:tr>
      <w:tr>
        <w:tc>
          <w:tcPr>
            <w:tcW w:type="dxa" w:w="2880"/>
          </w:tcPr>
          <w:p>
            <w:r>
              <w:t>5408.</w:t>
            </w:r>
          </w:p>
        </w:tc>
        <w:tc>
          <w:tcPr>
            <w:tcW w:type="dxa" w:w="2880"/>
          </w:tcPr>
          <w:p>
            <w:r>
              <w:t>Печатное издание: книга «ОУН в Центральнiй, Пiвденнiй та Схiднiй Украïнi, 1941-1950-тi рр.» Ковальчук В. – Киïв, 2011 (решение Буденновского межрайонного суда города Донецка Донецкой Народной Республики от 29.08.2023);</w:t>
            </w:r>
          </w:p>
        </w:tc>
        <w:tc>
          <w:tcPr>
            <w:tcW w:type="dxa" w:w="2880"/>
          </w:tcPr>
          <w:p>
            <w:r>
              <w:t>20.12.2023</w:t>
            </w:r>
          </w:p>
        </w:tc>
      </w:tr>
      <w:tr>
        <w:tc>
          <w:tcPr>
            <w:tcW w:type="dxa" w:w="2880"/>
          </w:tcPr>
          <w:p>
            <w:r>
              <w:t>5409.</w:t>
            </w:r>
          </w:p>
        </w:tc>
        <w:tc>
          <w:tcPr>
            <w:tcW w:type="dxa" w:w="2880"/>
          </w:tcPr>
          <w:p>
            <w:r>
              <w:t>Текстовый материал «Предостережение гражданина СССР о недопустимости преступления лицом РФ»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5410.</w:t>
            </w:r>
          </w:p>
        </w:tc>
        <w:tc>
          <w:tcPr>
            <w:tcW w:type="dxa" w:w="2880"/>
          </w:tcPr>
          <w:p>
            <w:r>
              <w:t>Текстовый материал «Глава Башкирской Автономной Советской Социалистической Республики в составе Российской Советской Федеративной Социалистической Республики. О вступлении в должность ВрИО Главы Башкирской АССР в составе РСФСР. ВрИО Гаранта Устава Башкирской АССР в составе РСФСР»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5411.</w:t>
            </w:r>
          </w:p>
        </w:tc>
        <w:tc>
          <w:tcPr>
            <w:tcW w:type="dxa" w:w="2880"/>
          </w:tcPr>
          <w:p>
            <w:r>
              <w:t>Текстовый материал «Выписка из приказа открытого выездного заседания Военной Коллегии Верховного Суда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5412.</w:t>
            </w:r>
          </w:p>
        </w:tc>
        <w:tc>
          <w:tcPr>
            <w:tcW w:type="dxa" w:w="2880"/>
          </w:tcPr>
          <w:p>
            <w:r>
              <w:t>Текстовый материал «Уведомление «О введении в действие вкладыша к ныне существующим паспортам, военным билетам и иным удостоверениям личности СССР, находящимся на руках граждан СССР, со статусом удостоверения гражданина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5413.</w:t>
            </w:r>
          </w:p>
        </w:tc>
        <w:tc>
          <w:tcPr>
            <w:tcW w:type="dxa" w:w="2880"/>
          </w:tcPr>
          <w:p>
            <w:r>
              <w:t>Текстовый материал «Тезисы к Плану Развития Нашей Державы»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5414.</w:t>
            </w:r>
          </w:p>
        </w:tc>
        <w:tc>
          <w:tcPr>
            <w:tcW w:type="dxa" w:w="2880"/>
          </w:tcPr>
          <w:p>
            <w:r>
              <w:t>Текстовый материал «Требование о возврате в исходное состояние всего, что было на территории Башкирской АССР в составе РСФСР до совершения преступления»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5415.</w:t>
            </w:r>
          </w:p>
        </w:tc>
        <w:tc>
          <w:tcPr>
            <w:tcW w:type="dxa" w:w="2880"/>
          </w:tcPr>
          <w:p>
            <w:r>
              <w:t>Текстовый материал «Нота Генеральному секретарю ООН»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5416.</w:t>
            </w:r>
          </w:p>
        </w:tc>
        <w:tc>
          <w:tcPr>
            <w:tcW w:type="dxa" w:w="2880"/>
          </w:tcPr>
          <w:p>
            <w:r>
              <w:t>Текстовый материал «Протокол регистрации преступления на территории СССР в военное время представителем нелегитимных структур для последующей передачи в Военный Трибунал СССР»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5417.</w:t>
            </w:r>
          </w:p>
        </w:tc>
        <w:tc>
          <w:tcPr>
            <w:tcW w:type="dxa" w:w="2880"/>
          </w:tcPr>
          <w:p>
            <w:r>
              <w:t>Музыкальная композиция «i..ш русню», продолжительностью 2 минуты 39 секунд, начинающаяся словами «Еб..ь русню» и заканчивающаяся словами «руки ноги голови повсюду» музыкальной группы «Крепатура» (решение Фрунзенского районного суда г. Владивостока от 09.11.2023);</w:t>
            </w:r>
          </w:p>
        </w:tc>
        <w:tc>
          <w:tcPr>
            <w:tcW w:type="dxa" w:w="2880"/>
          </w:tcPr>
          <w:p>
            <w:r>
              <w:t>15.01.2024</w:t>
            </w:r>
          </w:p>
        </w:tc>
      </w:tr>
      <w:tr>
        <w:tc>
          <w:tcPr>
            <w:tcW w:type="dxa" w:w="2880"/>
          </w:tcPr>
          <w:p>
            <w:r>
              <w:t>5418.</w:t>
            </w:r>
          </w:p>
        </w:tc>
        <w:tc>
          <w:tcPr>
            <w:tcW w:type="dxa" w:w="2880"/>
          </w:tcPr>
          <w:p>
            <w:r>
              <w:t>Листовка «Исполнительного комитета Совета народных депутатов г. Красноярска», начинающаяся словами «РФия- псевдо государство, преступно действующая на территории Нашей страны – СССР, должна в кратчайшие сроки прекратить свое существование!», заканчивающаяся словами: «Нужны кардинальные меры по решению данного вопроса, вплоть до силовых методов в отношении незаконного действующего жидовского правительства РФ! За СВОБОДУ» За НАРОД! За СССР» (решение Кировского районного суда г. Красноярска Красноярского края от 07.11.2023);</w:t>
            </w:r>
          </w:p>
        </w:tc>
        <w:tc>
          <w:tcPr>
            <w:tcW w:type="dxa" w:w="2880"/>
          </w:tcPr>
          <w:p>
            <w:r>
              <w:t>11.03.2024</w:t>
            </w:r>
          </w:p>
        </w:tc>
      </w:tr>
      <w:tr>
        <w:tc>
          <w:tcPr>
            <w:tcW w:type="dxa" w:w="2880"/>
          </w:tcPr>
          <w:p>
            <w:r>
              <w:t>5419.</w:t>
            </w:r>
          </w:p>
        </w:tc>
        <w:tc>
          <w:tcPr>
            <w:tcW w:type="dxa" w:w="2880"/>
          </w:tcPr>
          <w:p>
            <w:r>
              <w:t>Информационный материал – публикация (статья) под наименованием «К десятилетию Кёнделенского противостояния 14-17 сентября 2008 г.», опубликованная в печатном издании – газете «Вестник балкарского народа» (№ № 7-9, июль-сентябрь 2018 г.) (апелляционное определение судебной коллегии по административным делам Верховного Суда Кабардино-Балкарской Республики от 12.01.2024);</w:t>
            </w:r>
          </w:p>
        </w:tc>
        <w:tc>
          <w:tcPr>
            <w:tcW w:type="dxa" w:w="2880"/>
          </w:tcPr>
          <w:p>
            <w:r>
              <w:t>11.03.2024</w:t>
            </w:r>
          </w:p>
        </w:tc>
      </w:tr>
      <w:tr>
        <w:tc>
          <w:tcPr>
            <w:tcW w:type="dxa" w:w="2880"/>
          </w:tcPr>
          <w:p>
            <w:r>
              <w:t>5420.</w:t>
            </w:r>
          </w:p>
        </w:tc>
        <w:tc>
          <w:tcPr>
            <w:tcW w:type="dxa" w:w="2880"/>
          </w:tcPr>
          <w:p>
            <w:r>
              <w:t>Музыкальная композиция «ï..ш русню», продолжительностью 1 минута 19 секунд, начинающаяся словами «Еб..ь русню» и заканчивающаяся словами «Чернобаевка форева», размещенная в информационно-телекоммуникационной сети «Интернет» «Евгением Констянтиничем и Кровавым Забазарево» (решение Фрунзенского районного суда г. Владивостока от 14.02.2024);</w:t>
            </w:r>
          </w:p>
        </w:tc>
        <w:tc>
          <w:tcPr>
            <w:tcW w:type="dxa" w:w="2880"/>
          </w:tcPr>
          <w:p>
            <w:r>
              <w:t>16.04.2024</w:t>
            </w:r>
          </w:p>
        </w:tc>
      </w:tr>
      <w:tr>
        <w:tc>
          <w:tcPr>
            <w:tcW w:type="dxa" w:w="2880"/>
          </w:tcPr>
          <w:p>
            <w:r>
              <w:t>5421.</w:t>
            </w:r>
          </w:p>
        </w:tc>
        <w:tc>
          <w:tcPr>
            <w:tcW w:type="dxa" w:w="2880"/>
          </w:tcPr>
          <w:p>
            <w:r>
              <w:t>Книга Павла Штепы «Украинец Москвин две противоположности» (Украïнець i Москвин двi протилежностi 3-є видання, UKRAINIANS versus MOSCOVITES (Two Antipodes) издательства ТЗОВ ВФ «Вiдродження» Дрогобич 2010 (решение Ильичевского районного суда города Мариуполя Донецкой Народной Республики от 29.01.2024);</w:t>
            </w:r>
          </w:p>
        </w:tc>
        <w:tc>
          <w:tcPr>
            <w:tcW w:type="dxa" w:w="2880"/>
          </w:tcPr>
          <w:p>
            <w:r>
              <w:t>24.04.2024</w:t>
            </w:r>
          </w:p>
        </w:tc>
      </w:tr>
      <w:tr>
        <w:tc>
          <w:tcPr>
            <w:tcW w:type="dxa" w:w="2880"/>
          </w:tcPr>
          <w:p>
            <w:r>
              <w:t>5422.</w:t>
            </w:r>
          </w:p>
        </w:tc>
        <w:tc>
          <w:tcPr>
            <w:tcW w:type="dxa" w:w="2880"/>
          </w:tcPr>
          <w:p>
            <w:r>
              <w:t>Комикс «Протистояння. Червоний терор» О.Корешков, М.Куринний, мiсто Киïв: Видавництво, 2019 (решение Ильичевского районного суда города Мариуполя Донецкой Народной Республики от 29.01.2024);</w:t>
            </w:r>
          </w:p>
        </w:tc>
        <w:tc>
          <w:tcPr>
            <w:tcW w:type="dxa" w:w="2880"/>
          </w:tcPr>
          <w:p>
            <w:r>
              <w:t>24.04.2024</w:t>
            </w:r>
          </w:p>
        </w:tc>
      </w:tr>
      <w:tr>
        <w:tc>
          <w:tcPr>
            <w:tcW w:type="dxa" w:w="2880"/>
          </w:tcPr>
          <w:p>
            <w:r>
              <w:t>5423.</w:t>
            </w:r>
          </w:p>
        </w:tc>
        <w:tc>
          <w:tcPr>
            <w:tcW w:type="dxa" w:w="2880"/>
          </w:tcPr>
          <w:p>
            <w:r>
              <w:t>Печатное издание: книга Багiровоï В.М. Пiсенний рiк навчання: Пiснi та вiршi, приуроченi святам навчального року, для дошкiльнят, школярiв, педагогiв /В.М. Багiрова; передм. Т.Б. Качак. – Iвано-Франкiвськ: Мiсто НВ, 2017. -168 с. (решение Докучаевского городского суда Донецкой Народной Республики от 06.12.2023);</w:t>
            </w:r>
          </w:p>
        </w:tc>
        <w:tc>
          <w:tcPr>
            <w:tcW w:type="dxa" w:w="2880"/>
          </w:tcPr>
          <w:p>
            <w:r>
              <w:t>27.04.2024</w:t>
            </w:r>
          </w:p>
        </w:tc>
      </w:tr>
      <w:tr>
        <w:tc>
          <w:tcPr>
            <w:tcW w:type="dxa" w:w="2880"/>
          </w:tcPr>
          <w:p>
            <w:r>
              <w:t>5424.</w:t>
            </w:r>
          </w:p>
        </w:tc>
        <w:tc>
          <w:tcPr>
            <w:tcW w:type="dxa" w:w="2880"/>
          </w:tcPr>
          <w:p>
            <w:r>
              <w:t>Музыкальная композиция «SKVERNA», продолжительностью 2 минуты 59 секунд, начинающаяся и оканчивающаяся словами «Еб..ь русню…………………режь свинособак», размещенная в информационно-телекоммуникационной сети «Интернет» (решение Фрунзенского районного суда г. Владивостока от 20.06.2023);</w:t>
            </w:r>
          </w:p>
        </w:tc>
        <w:tc>
          <w:tcPr>
            <w:tcW w:type="dxa" w:w="2880"/>
          </w:tcPr>
          <w:p>
            <w:r>
              <w:t>27.04.2024</w:t>
            </w:r>
          </w:p>
        </w:tc>
      </w:tr>
      <w:tr>
        <w:tc>
          <w:tcPr>
            <w:tcW w:type="dxa" w:w="2880"/>
          </w:tcPr>
          <w:p>
            <w:r>
              <w:t>5425.</w:t>
            </w:r>
          </w:p>
        </w:tc>
        <w:tc>
          <w:tcPr>
            <w:tcW w:type="dxa" w:w="2880"/>
          </w:tcPr>
          <w:p>
            <w:r>
              <w:t>Печатное издание: книга «Євангелiє вiд Марiï. Пролог Незалежностi Украïни» П. Романюк, Львов: Меморiал, 2021 (решение Буденновского межрайонного суда города Донецка от 11.12.2023);</w:t>
            </w:r>
          </w:p>
        </w:tc>
        <w:tc>
          <w:tcPr>
            <w:tcW w:type="dxa" w:w="2880"/>
          </w:tcPr>
          <w:p>
            <w:r>
              <w:t>16.05.2024</w:t>
            </w:r>
          </w:p>
        </w:tc>
      </w:tr>
      <w:tr>
        <w:tc>
          <w:tcPr>
            <w:tcW w:type="dxa" w:w="2880"/>
          </w:tcPr>
          <w:p>
            <w:r>
              <w:t>5426.</w:t>
            </w:r>
          </w:p>
        </w:tc>
        <w:tc>
          <w:tcPr>
            <w:tcW w:type="dxa" w:w="2880"/>
          </w:tcPr>
          <w:p>
            <w:r>
              <w:t>Книга В. Новоринського «На гранi вiчного болю» Галичина-Донбас, два полюси в боротьбi за украiнську незалежнiсть, – Киiв: ТОВ «Видавництво «Клио» 2018 (решение Ильичевского районного суда г. Мариуполя ДНР от 12.02.2024);</w:t>
            </w:r>
          </w:p>
        </w:tc>
        <w:tc>
          <w:tcPr>
            <w:tcW w:type="dxa" w:w="2880"/>
          </w:tcPr>
          <w:p>
            <w:r>
              <w:t>16.05.2024</w:t>
            </w:r>
          </w:p>
        </w:tc>
      </w:tr>
      <w:tr>
        <w:tc>
          <w:tcPr>
            <w:tcW w:type="dxa" w:w="2880"/>
          </w:tcPr>
          <w:p>
            <w:r>
              <w:t>5427.</w:t>
            </w:r>
          </w:p>
        </w:tc>
        <w:tc>
          <w:tcPr>
            <w:tcW w:type="dxa" w:w="2880"/>
          </w:tcPr>
          <w:p>
            <w:r>
              <w:t>Информационный материал - текстовое содержание и музыкальная композиция «Колумбайн» музыкальной группы «МЕРТВАЯ ВЕРА», продолжительностью 2 минуты 57 секунд, начинающаяся словами «Снова в школе злые…» и заканчивающаяся словами «Бах-но последний выстрел оставлю для себя», размещенный в информационно-телекоммуникационной сети «Интернет» (решение Камчатского краевого суда от 26.04.2024);</w:t>
            </w:r>
          </w:p>
        </w:tc>
        <w:tc>
          <w:tcPr>
            <w:tcW w:type="dxa" w:w="2880"/>
          </w:tcPr>
          <w:p>
            <w:r>
              <w:t>19.06.2024</w:t>
            </w:r>
          </w:p>
        </w:tc>
      </w:tr>
      <w:tr>
        <w:tc>
          <w:tcPr>
            <w:tcW w:type="dxa" w:w="2880"/>
          </w:tcPr>
          <w:p>
            <w:r>
              <w:t>5428.</w:t>
            </w:r>
          </w:p>
        </w:tc>
        <w:tc>
          <w:tcPr>
            <w:tcW w:type="dxa" w:w="2880"/>
          </w:tcPr>
          <w:p>
            <w:r>
              <w:t>Книга под наименованием «Черная книга Сатаны 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5429.</w:t>
            </w:r>
          </w:p>
        </w:tc>
        <w:tc>
          <w:tcPr>
            <w:tcW w:type="dxa" w:w="2880"/>
          </w:tcPr>
          <w:p>
            <w:r>
              <w:t>Книга под наименованием «CAELETHI Черная книга Сатаны II»,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5430.</w:t>
            </w:r>
          </w:p>
        </w:tc>
        <w:tc>
          <w:tcPr>
            <w:tcW w:type="dxa" w:w="2880"/>
          </w:tcPr>
          <w:p>
            <w:r>
              <w:t>Книга под наименованием «Черная книга Сатаны III»,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5431.</w:t>
            </w:r>
          </w:p>
        </w:tc>
        <w:tc>
          <w:tcPr>
            <w:tcW w:type="dxa" w:w="2880"/>
          </w:tcPr>
          <w:p>
            <w:r>
              <w:t>Текстовый материал «Храм Крови» («Temple_ov_Blood»), издательство Ixaxaar, 2004, 20 стр. (решение Октябрьского районного суда Санкт-Петербурга от 02.05.2024);</w:t>
            </w:r>
          </w:p>
        </w:tc>
        <w:tc>
          <w:tcPr>
            <w:tcW w:type="dxa" w:w="2880"/>
          </w:tcPr>
          <w:p>
            <w:r>
              <w:t>01.07.2024</w:t>
            </w:r>
          </w:p>
        </w:tc>
      </w:tr>
      <w:tr>
        <w:tc>
          <w:tcPr>
            <w:tcW w:type="dxa" w:w="2880"/>
          </w:tcPr>
          <w:p>
            <w:r>
              <w:t>5432.</w:t>
            </w:r>
          </w:p>
        </w:tc>
        <w:tc>
          <w:tcPr>
            <w:tcW w:type="dxa" w:w="2880"/>
          </w:tcPr>
          <w:p>
            <w:r>
              <w:t>Музыкальная композиция с видео сопровождением «Русня» музыкальной группы «Отряд Дольче Габанна», продолжительностью 3 минуты 58 секунд, начинающаяся словами «Мертвая русня, мертвая русня…» и заканчивающаяся словами «…вы приперлись умирать сюда», размещенная в информационно-телекоммуникационной сети «Интернет» (решение Камчатского краевого суда от 03.05.2024);</w:t>
            </w:r>
          </w:p>
        </w:tc>
        <w:tc>
          <w:tcPr>
            <w:tcW w:type="dxa" w:w="2880"/>
          </w:tcPr>
          <w:p>
            <w:r>
              <w:t>01.07.2024</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